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BF39" w14:textId="77777777" w:rsidR="009B73AC" w:rsidRDefault="0086005E" w:rsidP="00A96E10">
      <w:pPr>
        <w:pStyle w:val="Otsikko1"/>
        <w:jc w:val="center"/>
      </w:pPr>
      <w:bookmarkStart w:id="0" w:name="_Hlk208914002"/>
      <w:r>
        <w:t>PARD Action – Käyttöohje (suomenkielinen)</w:t>
      </w:r>
    </w:p>
    <w:p w14:paraId="4607BFF4" w14:textId="77777777" w:rsidR="00A96E10" w:rsidRDefault="00A96E10" w:rsidP="00A96E10">
      <w:pPr>
        <w:jc w:val="center"/>
      </w:pPr>
    </w:p>
    <w:p w14:paraId="70ACE726" w14:textId="77777777" w:rsidR="00A96E10" w:rsidRDefault="00A96E10" w:rsidP="00A96E10">
      <w:pPr>
        <w:jc w:val="center"/>
      </w:pPr>
      <w:r>
        <w:rPr>
          <w:noProof/>
        </w:rPr>
        <w:drawing>
          <wp:inline distT="0" distB="0" distL="0" distR="0" wp14:anchorId="7AE9361D" wp14:editId="0DB9DA0B">
            <wp:extent cx="4324350" cy="3697319"/>
            <wp:effectExtent l="0" t="0" r="0" b="0"/>
            <wp:docPr id="1255366810" name="Kuva 1" descr="Kuva, joka sisältää kohteen mikrofon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66810" name="Kuva 1" descr="Kuva, joka sisältää kohteen mikrofoni&#10;&#10;Tekoälyllä luotu sisältö voi olla virheellist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9665" cy="370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9FCA2" w14:textId="657015FF" w:rsidR="009B73AC" w:rsidRPr="00B627E9" w:rsidRDefault="0086005E" w:rsidP="00A96E10">
      <w:pPr>
        <w:jc w:val="center"/>
        <w:rPr>
          <w:b/>
          <w:bCs/>
        </w:rPr>
      </w:pPr>
      <w:r w:rsidRPr="00B627E9">
        <w:rPr>
          <w:b/>
          <w:bCs/>
        </w:rPr>
        <w:t xml:space="preserve">PARD Action </w:t>
      </w:r>
      <w:proofErr w:type="spellStart"/>
      <w:r w:rsidRPr="00B627E9">
        <w:rPr>
          <w:b/>
          <w:bCs/>
        </w:rPr>
        <w:t>kamera</w:t>
      </w:r>
      <w:proofErr w:type="spellEnd"/>
      <w:r w:rsidRPr="00B627E9">
        <w:rPr>
          <w:b/>
          <w:bCs/>
        </w:rPr>
        <w:br/>
      </w:r>
      <w:proofErr w:type="spellStart"/>
      <w:r w:rsidR="00B627E9">
        <w:rPr>
          <w:b/>
          <w:bCs/>
        </w:rPr>
        <w:t>k</w:t>
      </w:r>
      <w:r w:rsidRPr="00B627E9">
        <w:rPr>
          <w:b/>
          <w:bCs/>
        </w:rPr>
        <w:t>äyttöohje</w:t>
      </w:r>
      <w:proofErr w:type="spellEnd"/>
    </w:p>
    <w:bookmarkEnd w:id="0"/>
    <w:p w14:paraId="0294CD43" w14:textId="77777777" w:rsidR="00A96E10" w:rsidRDefault="00A96E10">
      <w:pPr>
        <w:pStyle w:val="Otsikko2"/>
      </w:pPr>
    </w:p>
    <w:p w14:paraId="28CA34AB" w14:textId="77777777" w:rsidR="00A96E10" w:rsidRDefault="00A96E10">
      <w:pPr>
        <w:pStyle w:val="Otsikko2"/>
      </w:pPr>
    </w:p>
    <w:p w14:paraId="48656241" w14:textId="77777777" w:rsidR="00A96E10" w:rsidRDefault="00A96E10">
      <w:pPr>
        <w:pStyle w:val="Otsikko2"/>
      </w:pPr>
    </w:p>
    <w:p w14:paraId="1E6E6142" w14:textId="77777777" w:rsidR="00A96E10" w:rsidRDefault="00A96E10">
      <w:pPr>
        <w:pStyle w:val="Otsikko2"/>
      </w:pPr>
    </w:p>
    <w:p w14:paraId="12820416" w14:textId="77777777" w:rsidR="00A96E10" w:rsidRDefault="00A96E10">
      <w:pPr>
        <w:pStyle w:val="Otsikko2"/>
      </w:pPr>
    </w:p>
    <w:p w14:paraId="07E2B824" w14:textId="77777777" w:rsidR="00A96E10" w:rsidRDefault="00A96E10">
      <w:pPr>
        <w:pStyle w:val="Otsikko2"/>
      </w:pPr>
    </w:p>
    <w:p w14:paraId="48D45061" w14:textId="77777777" w:rsidR="00A96E10" w:rsidRDefault="00A96E10">
      <w:pPr>
        <w:pStyle w:val="Otsikko2"/>
      </w:pPr>
    </w:p>
    <w:p w14:paraId="741424BE" w14:textId="77777777" w:rsidR="00A96E10" w:rsidRDefault="00A96E10">
      <w:pPr>
        <w:pStyle w:val="Otsikko2"/>
      </w:pPr>
    </w:p>
    <w:p w14:paraId="2DDD9F0E" w14:textId="25CD3705" w:rsidR="009B73AC" w:rsidRDefault="0086005E">
      <w:pPr>
        <w:pStyle w:val="Otsikko2"/>
      </w:pPr>
      <w:proofErr w:type="spellStart"/>
      <w:r>
        <w:t>Tärkeä</w:t>
      </w:r>
      <w:proofErr w:type="spellEnd"/>
      <w:r>
        <w:t xml:space="preserve"> </w:t>
      </w:r>
      <w:proofErr w:type="spellStart"/>
      <w:r>
        <w:t>muistutus</w:t>
      </w:r>
      <w:proofErr w:type="spellEnd"/>
    </w:p>
    <w:p w14:paraId="25EF186C" w14:textId="77777777" w:rsidR="00A96E10" w:rsidRDefault="00A96E10"/>
    <w:p w14:paraId="338018D3" w14:textId="0ADEF1CE" w:rsidR="00A96E10" w:rsidRDefault="0086005E">
      <w:r>
        <w:br/>
        <w:t xml:space="preserve">1. Kaikki PARD-tuotteet on suunniteltu yksinomaan siviilikäyttöön. </w:t>
      </w:r>
      <w:proofErr w:type="spellStart"/>
      <w:r>
        <w:t>Niitä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käyttää</w:t>
      </w:r>
      <w:proofErr w:type="spellEnd"/>
      <w:r>
        <w:t xml:space="preserve"> </w:t>
      </w:r>
      <w:proofErr w:type="spellStart"/>
      <w:r>
        <w:t>sotilaallisiin</w:t>
      </w:r>
      <w:proofErr w:type="spellEnd"/>
      <w:r>
        <w:t xml:space="preserve"> </w:t>
      </w:r>
      <w:proofErr w:type="spellStart"/>
      <w:r>
        <w:t>tarkoituksiin</w:t>
      </w:r>
      <w:proofErr w:type="spellEnd"/>
      <w:r>
        <w:t>.</w:t>
      </w:r>
    </w:p>
    <w:p w14:paraId="2A2BAB83" w14:textId="0A585B6B" w:rsidR="009B73AC" w:rsidRDefault="00A96E10">
      <w:r>
        <w:t xml:space="preserve">2. </w:t>
      </w:r>
      <w:r w:rsidR="0086005E">
        <w:t>PARD-</w:t>
      </w:r>
      <w:proofErr w:type="spellStart"/>
      <w:r w:rsidR="0086005E">
        <w:t>tuotteiden</w:t>
      </w:r>
      <w:proofErr w:type="spellEnd"/>
      <w:r w:rsidR="0086005E">
        <w:t xml:space="preserve"> </w:t>
      </w:r>
      <w:proofErr w:type="spellStart"/>
      <w:r w:rsidR="0086005E">
        <w:t>vienti</w:t>
      </w:r>
      <w:proofErr w:type="spellEnd"/>
      <w:r w:rsidR="0086005E">
        <w:t xml:space="preserve"> on </w:t>
      </w:r>
      <w:proofErr w:type="spellStart"/>
      <w:r w:rsidR="0086005E">
        <w:t>kielletty</w:t>
      </w:r>
      <w:proofErr w:type="spellEnd"/>
      <w:r w:rsidR="0086005E">
        <w:t xml:space="preserve"> </w:t>
      </w:r>
      <w:proofErr w:type="spellStart"/>
      <w:r w:rsidR="0086005E">
        <w:t>maihin</w:t>
      </w:r>
      <w:proofErr w:type="spellEnd"/>
      <w:r w:rsidR="0086005E">
        <w:t xml:space="preserve">, </w:t>
      </w:r>
      <w:proofErr w:type="spellStart"/>
      <w:r w:rsidR="0086005E">
        <w:t>kuten</w:t>
      </w:r>
      <w:proofErr w:type="spellEnd"/>
      <w:r w:rsidR="0086005E">
        <w:t xml:space="preserve"> </w:t>
      </w:r>
      <w:proofErr w:type="spellStart"/>
      <w:r w:rsidR="0086005E">
        <w:t>Venäjä</w:t>
      </w:r>
      <w:proofErr w:type="spellEnd"/>
      <w:r w:rsidR="0086005E">
        <w:t>, Valko-</w:t>
      </w:r>
      <w:proofErr w:type="spellStart"/>
      <w:r w:rsidR="0086005E">
        <w:t>Venäjä</w:t>
      </w:r>
      <w:proofErr w:type="spellEnd"/>
      <w:r w:rsidR="0086005E">
        <w:t xml:space="preserve">, Palestiina, Israel, Sudan, </w:t>
      </w:r>
      <w:proofErr w:type="spellStart"/>
      <w:r w:rsidR="0086005E">
        <w:t>Etelä</w:t>
      </w:r>
      <w:proofErr w:type="spellEnd"/>
      <w:r w:rsidR="0086005E">
        <w:t xml:space="preserve">-Sudan ja </w:t>
      </w:r>
      <w:proofErr w:type="spellStart"/>
      <w:r w:rsidR="0086005E">
        <w:t>muihin</w:t>
      </w:r>
      <w:proofErr w:type="spellEnd"/>
      <w:r w:rsidR="0086005E">
        <w:t xml:space="preserve"> </w:t>
      </w:r>
      <w:proofErr w:type="spellStart"/>
      <w:r w:rsidR="0086005E">
        <w:t>konfliktialueisiin</w:t>
      </w:r>
      <w:proofErr w:type="spellEnd"/>
      <w:r w:rsidR="0086005E">
        <w:t>.</w:t>
      </w:r>
    </w:p>
    <w:p w14:paraId="79F5107F" w14:textId="689089A1" w:rsidR="00A96E10" w:rsidRDefault="00A96E10">
      <w:r>
        <w:t xml:space="preserve">3. Lue </w:t>
      </w:r>
      <w:proofErr w:type="spellStart"/>
      <w:r>
        <w:t>käyttöohje</w:t>
      </w:r>
      <w:proofErr w:type="spellEnd"/>
      <w:r>
        <w:t xml:space="preserve"> </w:t>
      </w:r>
      <w:proofErr w:type="spellStart"/>
      <w:r>
        <w:t>huolellisesti</w:t>
      </w:r>
      <w:proofErr w:type="spellEnd"/>
      <w:r>
        <w:t xml:space="preserve"> </w:t>
      </w:r>
      <w:proofErr w:type="spellStart"/>
      <w:r>
        <w:t>ennen</w:t>
      </w:r>
      <w:proofErr w:type="spellEnd"/>
      <w:r>
        <w:t xml:space="preserve"> </w:t>
      </w:r>
      <w:proofErr w:type="spellStart"/>
      <w:r>
        <w:t>tuotteen</w:t>
      </w:r>
      <w:proofErr w:type="spellEnd"/>
      <w:r>
        <w:t xml:space="preserve"> </w:t>
      </w:r>
      <w:proofErr w:type="spellStart"/>
      <w:r>
        <w:t>käyttöä</w:t>
      </w:r>
      <w:proofErr w:type="spellEnd"/>
      <w:r>
        <w:t xml:space="preserve"> ja </w:t>
      </w:r>
      <w:proofErr w:type="spellStart"/>
      <w:r>
        <w:t>toimi</w:t>
      </w:r>
      <w:proofErr w:type="spellEnd"/>
      <w:r>
        <w:t xml:space="preserve"> </w:t>
      </w:r>
      <w:proofErr w:type="spellStart"/>
      <w:r>
        <w:t>sen</w:t>
      </w:r>
      <w:proofErr w:type="spellEnd"/>
      <w:r>
        <w:t xml:space="preserve"> </w:t>
      </w:r>
      <w:proofErr w:type="spellStart"/>
      <w:r>
        <w:t>mukaan</w:t>
      </w:r>
      <w:proofErr w:type="spellEnd"/>
      <w:r>
        <w:t>.</w:t>
      </w:r>
    </w:p>
    <w:p w14:paraId="24FB7AF8" w14:textId="77777777" w:rsidR="00A96E10" w:rsidRDefault="00A96E10"/>
    <w:p w14:paraId="19B75EF9" w14:textId="77777777" w:rsidR="00A96E10" w:rsidRDefault="00A96E10">
      <w:pPr>
        <w:pStyle w:val="Otsikko2"/>
      </w:pPr>
    </w:p>
    <w:p w14:paraId="2048982A" w14:textId="77777777" w:rsidR="00A96E10" w:rsidRDefault="00A96E10">
      <w:pPr>
        <w:pStyle w:val="Otsikko2"/>
      </w:pPr>
    </w:p>
    <w:p w14:paraId="1FD76F7C" w14:textId="77777777" w:rsidR="00A96E10" w:rsidRDefault="00A96E10">
      <w:pPr>
        <w:pStyle w:val="Otsikko2"/>
      </w:pPr>
    </w:p>
    <w:p w14:paraId="787AF305" w14:textId="77777777" w:rsidR="00A96E10" w:rsidRDefault="00A96E10">
      <w:pPr>
        <w:pStyle w:val="Otsikko2"/>
      </w:pPr>
    </w:p>
    <w:p w14:paraId="24CC98F2" w14:textId="77777777" w:rsidR="00A96E10" w:rsidRDefault="00A96E10">
      <w:pPr>
        <w:pStyle w:val="Otsikko2"/>
      </w:pPr>
    </w:p>
    <w:p w14:paraId="04FBBD6B" w14:textId="77777777" w:rsidR="00A96E10" w:rsidRDefault="00A96E10">
      <w:pPr>
        <w:pStyle w:val="Otsikko2"/>
      </w:pPr>
    </w:p>
    <w:p w14:paraId="159E607E" w14:textId="77777777" w:rsidR="00AF294B" w:rsidRDefault="00AF294B" w:rsidP="00AF294B"/>
    <w:p w14:paraId="2D4B59E3" w14:textId="77777777" w:rsidR="00AF294B" w:rsidRPr="00AF294B" w:rsidRDefault="00AF294B" w:rsidP="00AF294B"/>
    <w:p w14:paraId="685F88BE" w14:textId="6A5714BB" w:rsidR="009B73AC" w:rsidRDefault="0086005E">
      <w:pPr>
        <w:pStyle w:val="Otsikko2"/>
      </w:pPr>
      <w:proofErr w:type="spellStart"/>
      <w:r>
        <w:lastRenderedPageBreak/>
        <w:t>Sisällysluettelo</w:t>
      </w:r>
      <w:proofErr w:type="spellEnd"/>
    </w:p>
    <w:p w14:paraId="47DE6229" w14:textId="77777777" w:rsidR="00CE0FF7" w:rsidRDefault="0086005E">
      <w:r>
        <w:br/>
        <w:t xml:space="preserve">1. </w:t>
      </w:r>
      <w:proofErr w:type="spellStart"/>
      <w:r>
        <w:t>Johdanto</w:t>
      </w:r>
      <w:proofErr w:type="spellEnd"/>
      <w:r w:rsidR="00883A88">
        <w:t xml:space="preserve"> ja </w:t>
      </w:r>
      <w:proofErr w:type="spellStart"/>
      <w:r w:rsidR="00883A88">
        <w:t>t</w:t>
      </w:r>
      <w:r>
        <w:t>urvaohjeet</w:t>
      </w:r>
      <w:proofErr w:type="spellEnd"/>
      <w:r w:rsidR="00CE0FF7">
        <w:t>.</w:t>
      </w:r>
    </w:p>
    <w:p w14:paraId="2FB926EC" w14:textId="3968A7CB" w:rsidR="00883A88" w:rsidRDefault="00883A88">
      <w:r>
        <w:t>2</w:t>
      </w:r>
      <w:r w:rsidR="0086005E">
        <w:t xml:space="preserve">. </w:t>
      </w:r>
      <w:proofErr w:type="spellStart"/>
      <w:r w:rsidR="0086005E">
        <w:t>Kuvaus</w:t>
      </w:r>
      <w:proofErr w:type="spellEnd"/>
      <w:r>
        <w:t xml:space="preserve"> ja </w:t>
      </w:r>
      <w:proofErr w:type="spellStart"/>
      <w:r>
        <w:t>sisältö</w:t>
      </w:r>
      <w:proofErr w:type="spellEnd"/>
      <w:r w:rsidR="00CE0FF7">
        <w:t>.</w:t>
      </w:r>
    </w:p>
    <w:p w14:paraId="6E4C6772" w14:textId="570C7C3B" w:rsidR="00883A88" w:rsidRDefault="00883A88" w:rsidP="00883A88">
      <w:pPr>
        <w:pStyle w:val="Luettelokappale"/>
        <w:numPr>
          <w:ilvl w:val="0"/>
          <w:numId w:val="15"/>
        </w:numPr>
      </w:pPr>
      <w:proofErr w:type="spellStart"/>
      <w:r>
        <w:t>Laitteen</w:t>
      </w:r>
      <w:proofErr w:type="spellEnd"/>
      <w:r>
        <w:t xml:space="preserve"> </w:t>
      </w:r>
      <w:proofErr w:type="spellStart"/>
      <w:r>
        <w:t>kuvaus</w:t>
      </w:r>
      <w:proofErr w:type="spellEnd"/>
      <w:r>
        <w:t>.</w:t>
      </w:r>
    </w:p>
    <w:p w14:paraId="388798D2" w14:textId="1506B4BC" w:rsidR="00883A88" w:rsidRDefault="0086005E" w:rsidP="00883A88">
      <w:pPr>
        <w:pStyle w:val="Luettelokappale"/>
        <w:numPr>
          <w:ilvl w:val="0"/>
          <w:numId w:val="15"/>
        </w:numPr>
      </w:pPr>
      <w:proofErr w:type="spellStart"/>
      <w:r>
        <w:t>Avainominaisuudet</w:t>
      </w:r>
      <w:proofErr w:type="spellEnd"/>
      <w:r w:rsidR="00883A88">
        <w:t>.</w:t>
      </w:r>
    </w:p>
    <w:p w14:paraId="2F960E3A" w14:textId="3D5046D8" w:rsidR="00883A88" w:rsidRDefault="0086005E" w:rsidP="00883A88">
      <w:pPr>
        <w:pStyle w:val="Luettelokappale"/>
        <w:numPr>
          <w:ilvl w:val="0"/>
          <w:numId w:val="15"/>
        </w:numPr>
      </w:pPr>
      <w:proofErr w:type="spellStart"/>
      <w:r>
        <w:t>Pakkauksen</w:t>
      </w:r>
      <w:proofErr w:type="spellEnd"/>
      <w:r>
        <w:t xml:space="preserve"> </w:t>
      </w:r>
      <w:proofErr w:type="spellStart"/>
      <w:r>
        <w:t>sisältö</w:t>
      </w:r>
      <w:proofErr w:type="spellEnd"/>
      <w:r w:rsidR="00883A88">
        <w:t>.</w:t>
      </w:r>
    </w:p>
    <w:p w14:paraId="031320A4" w14:textId="7EF9FBF8" w:rsidR="00513E59" w:rsidRDefault="0086005E">
      <w:r>
        <w:br/>
        <w:t xml:space="preserve">6. </w:t>
      </w:r>
      <w:proofErr w:type="spellStart"/>
      <w:r>
        <w:t>Laitteen</w:t>
      </w:r>
      <w:proofErr w:type="spellEnd"/>
      <w:r>
        <w:t xml:space="preserve"> </w:t>
      </w:r>
      <w:proofErr w:type="spellStart"/>
      <w:r>
        <w:t>osat</w:t>
      </w:r>
      <w:proofErr w:type="spellEnd"/>
      <w:r w:rsidR="00CE0FF7">
        <w:t>.</w:t>
      </w:r>
    </w:p>
    <w:p w14:paraId="139A43FD" w14:textId="079FE40A" w:rsidR="00513E59" w:rsidRDefault="00513E59" w:rsidP="00513E59">
      <w:pPr>
        <w:pStyle w:val="Luettelokappale"/>
        <w:numPr>
          <w:ilvl w:val="0"/>
          <w:numId w:val="16"/>
        </w:numPr>
      </w:pPr>
      <w:proofErr w:type="spellStart"/>
      <w:r>
        <w:t>Laitteen</w:t>
      </w:r>
      <w:proofErr w:type="spellEnd"/>
      <w:r>
        <w:t xml:space="preserve"> </w:t>
      </w:r>
      <w:proofErr w:type="spellStart"/>
      <w:r>
        <w:t>osat</w:t>
      </w:r>
      <w:proofErr w:type="spellEnd"/>
      <w:r w:rsidR="005C0B90">
        <w:t>.</w:t>
      </w:r>
    </w:p>
    <w:p w14:paraId="4C1B4446" w14:textId="1BFC0636" w:rsidR="00513E59" w:rsidRDefault="0086005E" w:rsidP="00DE5087">
      <w:pPr>
        <w:pStyle w:val="Luettelokappale"/>
        <w:numPr>
          <w:ilvl w:val="0"/>
          <w:numId w:val="16"/>
        </w:numPr>
      </w:pPr>
      <w:proofErr w:type="spellStart"/>
      <w:r>
        <w:t>Pikanäppäinopas</w:t>
      </w:r>
      <w:proofErr w:type="spellEnd"/>
      <w:r w:rsidR="005C0B90">
        <w:t>.</w:t>
      </w:r>
    </w:p>
    <w:p w14:paraId="5B402077" w14:textId="0BBB8FCD" w:rsidR="005C0B90" w:rsidRDefault="0086005E">
      <w:r>
        <w:br/>
        <w:t xml:space="preserve">8. </w:t>
      </w:r>
      <w:proofErr w:type="spellStart"/>
      <w:r>
        <w:t>Merkkival</w:t>
      </w:r>
      <w:r w:rsidR="005C0B90">
        <w:t>ot</w:t>
      </w:r>
      <w:proofErr w:type="spellEnd"/>
      <w:r w:rsidR="005C0B90">
        <w:t xml:space="preserve"> ja </w:t>
      </w:r>
      <w:proofErr w:type="spellStart"/>
      <w:r w:rsidR="005C0B90">
        <w:t>akku</w:t>
      </w:r>
      <w:proofErr w:type="spellEnd"/>
      <w:r w:rsidR="00CE0FF7">
        <w:t>.</w:t>
      </w:r>
    </w:p>
    <w:p w14:paraId="5FC39BBC" w14:textId="2E871066" w:rsidR="005C0B90" w:rsidRDefault="005C0B90" w:rsidP="005C0B90">
      <w:pPr>
        <w:pStyle w:val="Luettelokappale"/>
        <w:numPr>
          <w:ilvl w:val="0"/>
          <w:numId w:val="17"/>
        </w:numPr>
      </w:pPr>
      <w:proofErr w:type="spellStart"/>
      <w:r>
        <w:t>Merkkivalot</w:t>
      </w:r>
      <w:proofErr w:type="spellEnd"/>
      <w:r>
        <w:t>.</w:t>
      </w:r>
    </w:p>
    <w:p w14:paraId="298731D6" w14:textId="0E8CD72C" w:rsidR="005C0B90" w:rsidRDefault="005C0B90" w:rsidP="005C0B90">
      <w:pPr>
        <w:pStyle w:val="Luettelokappale"/>
        <w:numPr>
          <w:ilvl w:val="0"/>
          <w:numId w:val="17"/>
        </w:numPr>
      </w:pPr>
      <w:r>
        <w:t xml:space="preserve">Akun </w:t>
      </w:r>
      <w:proofErr w:type="spellStart"/>
      <w:r>
        <w:t>asennus</w:t>
      </w:r>
      <w:proofErr w:type="spellEnd"/>
      <w:r>
        <w:t>.</w:t>
      </w:r>
    </w:p>
    <w:p w14:paraId="31CAAF00" w14:textId="57446881" w:rsidR="00414C9C" w:rsidRDefault="0086005E">
      <w:r>
        <w:br/>
        <w:t xml:space="preserve">9. </w:t>
      </w:r>
      <w:proofErr w:type="spellStart"/>
      <w:r>
        <w:t>WiFi-yhtey</w:t>
      </w:r>
      <w:r w:rsidR="00414C9C">
        <w:t>den</w:t>
      </w:r>
      <w:proofErr w:type="spellEnd"/>
      <w:r w:rsidR="00414C9C">
        <w:t xml:space="preserve"> </w:t>
      </w:r>
      <w:proofErr w:type="spellStart"/>
      <w:r w:rsidR="00414C9C">
        <w:t>muodostaminen</w:t>
      </w:r>
      <w:proofErr w:type="spellEnd"/>
      <w:r w:rsidR="00CE0FF7">
        <w:t>.</w:t>
      </w:r>
    </w:p>
    <w:p w14:paraId="3631BF9F" w14:textId="77777777" w:rsidR="00414C9C" w:rsidRDefault="00414C9C">
      <w:r>
        <w:t xml:space="preserve">10. Kameran </w:t>
      </w:r>
      <w:proofErr w:type="spellStart"/>
      <w:r>
        <w:t>k</w:t>
      </w:r>
      <w:r w:rsidR="0086005E">
        <w:t>iinnitys</w:t>
      </w:r>
      <w:proofErr w:type="spellEnd"/>
      <w:r>
        <w:t>.</w:t>
      </w:r>
    </w:p>
    <w:p w14:paraId="791E4259" w14:textId="66B36877" w:rsidR="00CE0FF7" w:rsidRDefault="00CE0FF7">
      <w:r>
        <w:t xml:space="preserve">11. </w:t>
      </w:r>
      <w:proofErr w:type="spellStart"/>
      <w:r w:rsidR="0086005E">
        <w:t>Tekniset</w:t>
      </w:r>
      <w:proofErr w:type="spellEnd"/>
      <w:r w:rsidR="0086005E">
        <w:t xml:space="preserve"> </w:t>
      </w:r>
      <w:proofErr w:type="spellStart"/>
      <w:r w:rsidR="0086005E">
        <w:t>tiedot</w:t>
      </w:r>
      <w:proofErr w:type="spellEnd"/>
      <w:r>
        <w:t>.</w:t>
      </w:r>
    </w:p>
    <w:p w14:paraId="3712C8F0" w14:textId="003F109A" w:rsidR="00CE0FF7" w:rsidRDefault="0086005E">
      <w:r>
        <w:t>1</w:t>
      </w:r>
      <w:r w:rsidR="00CE0FF7">
        <w:t>2</w:t>
      </w:r>
      <w:r>
        <w:t xml:space="preserve">. </w:t>
      </w:r>
      <w:proofErr w:type="spellStart"/>
      <w:r>
        <w:t>Sovelluksen</w:t>
      </w:r>
      <w:proofErr w:type="spellEnd"/>
      <w:r>
        <w:t xml:space="preserve"> </w:t>
      </w:r>
      <w:proofErr w:type="spellStart"/>
      <w:r w:rsidR="00B44463">
        <w:t>yleishallinta</w:t>
      </w:r>
      <w:proofErr w:type="spellEnd"/>
      <w:r w:rsidR="00B44463">
        <w:t xml:space="preserve"> ja </w:t>
      </w:r>
      <w:proofErr w:type="spellStart"/>
      <w:r w:rsidR="00E57E1F">
        <w:t>hallinta</w:t>
      </w:r>
      <w:proofErr w:type="spellEnd"/>
      <w:r w:rsidR="00CE0FF7">
        <w:t>(PardVision2).</w:t>
      </w:r>
    </w:p>
    <w:p w14:paraId="0C34DB79" w14:textId="556B0001" w:rsidR="00E57E1F" w:rsidRDefault="00E57E1F" w:rsidP="00E57E1F">
      <w:pPr>
        <w:pStyle w:val="Luettelokappale"/>
        <w:numPr>
          <w:ilvl w:val="0"/>
          <w:numId w:val="20"/>
        </w:numPr>
      </w:pPr>
      <w:proofErr w:type="spellStart"/>
      <w:r>
        <w:t>Sovellus</w:t>
      </w:r>
      <w:proofErr w:type="spellEnd"/>
      <w:r>
        <w:t>: Mode &amp; Home</w:t>
      </w:r>
    </w:p>
    <w:p w14:paraId="7100D7C9" w14:textId="039F9170" w:rsidR="00E57E1F" w:rsidRDefault="00E57E1F" w:rsidP="00E57E1F">
      <w:pPr>
        <w:pStyle w:val="Luettelokappale"/>
        <w:numPr>
          <w:ilvl w:val="0"/>
          <w:numId w:val="20"/>
        </w:numPr>
      </w:pPr>
      <w:proofErr w:type="spellStart"/>
      <w:r>
        <w:t>Sovellus</w:t>
      </w:r>
      <w:proofErr w:type="spellEnd"/>
      <w:r>
        <w:t>: Menu(</w:t>
      </w:r>
      <w:proofErr w:type="spellStart"/>
      <w:r>
        <w:t>Wiew-tilassa</w:t>
      </w:r>
      <w:proofErr w:type="spellEnd"/>
    </w:p>
    <w:p w14:paraId="280E9E62" w14:textId="25037289" w:rsidR="00E57E1F" w:rsidRDefault="00E57E1F" w:rsidP="00E57E1F">
      <w:pPr>
        <w:pStyle w:val="Luettelokappale"/>
        <w:numPr>
          <w:ilvl w:val="0"/>
          <w:numId w:val="20"/>
        </w:numPr>
      </w:pPr>
      <w:r w:rsidRPr="00E57E1F">
        <w:t xml:space="preserve">Local Album (video- ja </w:t>
      </w:r>
      <w:proofErr w:type="spellStart"/>
      <w:r w:rsidRPr="00E57E1F">
        <w:t>kuvatallennekirjasto</w:t>
      </w:r>
      <w:proofErr w:type="spellEnd"/>
      <w:r w:rsidRPr="00E57E1F">
        <w:t>)</w:t>
      </w:r>
    </w:p>
    <w:p w14:paraId="5884D78B" w14:textId="08F47328" w:rsidR="00E57E1F" w:rsidRDefault="00E57E1F" w:rsidP="00E57E1F">
      <w:pPr>
        <w:pStyle w:val="Luettelokappale"/>
        <w:numPr>
          <w:ilvl w:val="0"/>
          <w:numId w:val="20"/>
        </w:numPr>
      </w:pPr>
      <w:proofErr w:type="spellStart"/>
      <w:r w:rsidRPr="00E57E1F">
        <w:t>Laitteen</w:t>
      </w:r>
      <w:proofErr w:type="spellEnd"/>
      <w:r w:rsidRPr="00E57E1F">
        <w:t xml:space="preserve"> </w:t>
      </w:r>
      <w:proofErr w:type="spellStart"/>
      <w:r w:rsidRPr="00E57E1F">
        <w:t>päivitys</w:t>
      </w:r>
      <w:proofErr w:type="spellEnd"/>
    </w:p>
    <w:p w14:paraId="71037CA5" w14:textId="3D9EFCD0" w:rsidR="00E57E1F" w:rsidRDefault="00E57E1F" w:rsidP="00E57E1F">
      <w:pPr>
        <w:pStyle w:val="Luettelokappale"/>
        <w:numPr>
          <w:ilvl w:val="0"/>
          <w:numId w:val="20"/>
        </w:numPr>
      </w:pPr>
      <w:proofErr w:type="spellStart"/>
      <w:r w:rsidRPr="00E57E1F">
        <w:t>Laitteen</w:t>
      </w:r>
      <w:proofErr w:type="spellEnd"/>
      <w:r w:rsidRPr="00E57E1F">
        <w:t xml:space="preserve"> </w:t>
      </w:r>
      <w:proofErr w:type="spellStart"/>
      <w:r w:rsidRPr="00E57E1F">
        <w:t>ohjelmiston</w:t>
      </w:r>
      <w:proofErr w:type="spellEnd"/>
      <w:r w:rsidRPr="00E57E1F">
        <w:t xml:space="preserve"> </w:t>
      </w:r>
      <w:proofErr w:type="spellStart"/>
      <w:r w:rsidRPr="00E57E1F">
        <w:t>manuaalipäivitys</w:t>
      </w:r>
      <w:proofErr w:type="spellEnd"/>
    </w:p>
    <w:p w14:paraId="340DDE28" w14:textId="7036B21D" w:rsidR="009B73AC" w:rsidRDefault="0086005E">
      <w:r>
        <w:t>12. FCC-</w:t>
      </w:r>
      <w:proofErr w:type="spellStart"/>
      <w:r>
        <w:t>varoitus</w:t>
      </w:r>
      <w:proofErr w:type="spellEnd"/>
      <w:r w:rsidR="00CE0FF7">
        <w:t>.</w:t>
      </w:r>
    </w:p>
    <w:p w14:paraId="16039CCD" w14:textId="16C565DA" w:rsidR="00E57E1F" w:rsidRDefault="00E57E1F">
      <w:r>
        <w:t xml:space="preserve">13. </w:t>
      </w:r>
      <w:proofErr w:type="spellStart"/>
      <w:r>
        <w:t>Maahantuonti</w:t>
      </w:r>
      <w:proofErr w:type="spellEnd"/>
      <w:r>
        <w:t xml:space="preserve"> &amp; </w:t>
      </w:r>
      <w:proofErr w:type="spellStart"/>
      <w:r>
        <w:t>takuu</w:t>
      </w:r>
      <w:proofErr w:type="spellEnd"/>
      <w:r>
        <w:t>.</w:t>
      </w:r>
    </w:p>
    <w:p w14:paraId="66C21B55" w14:textId="77777777" w:rsidR="00A96E10" w:rsidRDefault="00A96E10">
      <w:pPr>
        <w:pStyle w:val="Otsikko2"/>
      </w:pPr>
    </w:p>
    <w:p w14:paraId="65218691" w14:textId="77777777" w:rsidR="00A96E10" w:rsidRDefault="00A96E10">
      <w:pPr>
        <w:pStyle w:val="Otsikko2"/>
      </w:pPr>
    </w:p>
    <w:p w14:paraId="5ED6E815" w14:textId="77777777" w:rsidR="00AF294B" w:rsidRDefault="00AF294B" w:rsidP="00AF294B"/>
    <w:p w14:paraId="4767DA16" w14:textId="77777777" w:rsidR="00883A88" w:rsidRPr="00AF294B" w:rsidRDefault="00883A88" w:rsidP="00AF294B"/>
    <w:p w14:paraId="1310650C" w14:textId="4C13DBAF" w:rsidR="009B73AC" w:rsidRDefault="0086005E">
      <w:pPr>
        <w:pStyle w:val="Otsikko2"/>
      </w:pPr>
      <w:proofErr w:type="spellStart"/>
      <w:r>
        <w:lastRenderedPageBreak/>
        <w:t>Johdanto</w:t>
      </w:r>
      <w:proofErr w:type="spellEnd"/>
      <w:r>
        <w:t xml:space="preserve"> ja </w:t>
      </w:r>
      <w:proofErr w:type="spellStart"/>
      <w:r>
        <w:t>turvaohjeet</w:t>
      </w:r>
      <w:proofErr w:type="spellEnd"/>
    </w:p>
    <w:p w14:paraId="43898C3B" w14:textId="28755AFF" w:rsidR="00AF294B" w:rsidRDefault="0086005E" w:rsidP="00AF294B">
      <w:r>
        <w:br/>
        <w:t>Johdanto:</w:t>
      </w:r>
      <w:r>
        <w:br/>
        <w:t>Kiitos, että valitsit PARD-laitteen. Lue tämä käyttöohje huolellisesti ennen ensimmäistä käyttökertaa.</w:t>
      </w:r>
      <w:r>
        <w:br/>
      </w:r>
      <w:r>
        <w:br/>
        <w:t>Turvaohjeet:</w:t>
      </w:r>
      <w:r>
        <w:br/>
        <w:t>- Säilytä laite ja akku kuivassa, turvallisessa paikassa.</w:t>
      </w:r>
      <w:r>
        <w:br/>
        <w:t>- Käytä alkuperäistä pakkausta kuljetukseen.</w:t>
      </w:r>
      <w:r>
        <w:br/>
        <w:t>- Älä osoita kameraa suoraan aurinkoon tai muihin kirkkaisiin valonlähteisiin.</w:t>
      </w:r>
      <w:r>
        <w:br/>
        <w:t>- Pidä objektiivin suojus päällä, kun laite ei ole käytössä.</w:t>
      </w:r>
      <w:r>
        <w:br/>
        <w:t>- Lataa ja käytä laitetta 0–45 °C lämpötilassa.</w:t>
      </w:r>
      <w:r>
        <w:br/>
        <w:t xml:space="preserve">- </w:t>
      </w:r>
      <w:proofErr w:type="spellStart"/>
      <w:r>
        <w:t>Älä</w:t>
      </w:r>
      <w:proofErr w:type="spellEnd"/>
      <w:r>
        <w:t xml:space="preserve"> pura </w:t>
      </w:r>
      <w:proofErr w:type="spellStart"/>
      <w:r>
        <w:t>laitetta</w:t>
      </w:r>
      <w:proofErr w:type="spellEnd"/>
      <w:r>
        <w:t xml:space="preserve"> </w:t>
      </w:r>
      <w:proofErr w:type="spellStart"/>
      <w:r>
        <w:t>ilman</w:t>
      </w:r>
      <w:proofErr w:type="spellEnd"/>
      <w:r>
        <w:t xml:space="preserve"> </w:t>
      </w:r>
      <w:proofErr w:type="spellStart"/>
      <w:r>
        <w:t>lupaa</w:t>
      </w:r>
      <w:proofErr w:type="spellEnd"/>
      <w:r>
        <w:t xml:space="preserve"> – </w:t>
      </w:r>
      <w:proofErr w:type="spellStart"/>
      <w:r>
        <w:t>takuu</w:t>
      </w:r>
      <w:proofErr w:type="spellEnd"/>
      <w:r>
        <w:t xml:space="preserve"> </w:t>
      </w:r>
      <w:proofErr w:type="spellStart"/>
      <w:r>
        <w:t>raukeaa</w:t>
      </w:r>
      <w:proofErr w:type="spellEnd"/>
      <w:r>
        <w:t>.</w:t>
      </w:r>
    </w:p>
    <w:p w14:paraId="31F2A418" w14:textId="77777777" w:rsidR="00AF294B" w:rsidRPr="00AF294B" w:rsidRDefault="00AF294B" w:rsidP="00AF294B"/>
    <w:p w14:paraId="05FD196C" w14:textId="28544A20" w:rsidR="009B73AC" w:rsidRDefault="0086005E">
      <w:pPr>
        <w:pStyle w:val="Otsikko2"/>
      </w:pPr>
      <w:proofErr w:type="spellStart"/>
      <w:r>
        <w:t>Kuvaus</w:t>
      </w:r>
      <w:proofErr w:type="spellEnd"/>
      <w:r>
        <w:t xml:space="preserve"> ja </w:t>
      </w:r>
      <w:proofErr w:type="spellStart"/>
      <w:r>
        <w:t>sisältö</w:t>
      </w:r>
      <w:proofErr w:type="spellEnd"/>
    </w:p>
    <w:p w14:paraId="3669FECA" w14:textId="6D7B2649" w:rsidR="00AF294B" w:rsidRDefault="0086005E">
      <w:r>
        <w:br/>
      </w:r>
      <w:proofErr w:type="spellStart"/>
      <w:r w:rsidR="00FF6E94" w:rsidRPr="00FF6E94">
        <w:rPr>
          <w:b/>
          <w:bCs/>
        </w:rPr>
        <w:t>L</w:t>
      </w:r>
      <w:r w:rsidR="00883A88" w:rsidRPr="00FF6E94">
        <w:rPr>
          <w:b/>
          <w:bCs/>
        </w:rPr>
        <w:t>aitteen</w:t>
      </w:r>
      <w:proofErr w:type="spellEnd"/>
      <w:r w:rsidR="00883A88" w:rsidRPr="00FF6E94">
        <w:rPr>
          <w:b/>
          <w:bCs/>
        </w:rPr>
        <w:t xml:space="preserve"> </w:t>
      </w:r>
      <w:proofErr w:type="spellStart"/>
      <w:r w:rsidR="00883A88" w:rsidRPr="00FF6E94">
        <w:rPr>
          <w:b/>
          <w:bCs/>
        </w:rPr>
        <w:t>k</w:t>
      </w:r>
      <w:r w:rsidRPr="00FF6E94">
        <w:rPr>
          <w:b/>
          <w:bCs/>
        </w:rPr>
        <w:t>uvaus</w:t>
      </w:r>
      <w:proofErr w:type="spellEnd"/>
      <w:r w:rsidRPr="00FF6E94">
        <w:rPr>
          <w:b/>
          <w:bCs/>
        </w:rPr>
        <w:t>:</w:t>
      </w:r>
      <w:r>
        <w:br/>
        <w:t xml:space="preserve">Action on </w:t>
      </w:r>
      <w:proofErr w:type="spellStart"/>
      <w:r>
        <w:t>kamera</w:t>
      </w:r>
      <w:proofErr w:type="spellEnd"/>
      <w:r>
        <w:t xml:space="preserve">, </w:t>
      </w:r>
      <w:proofErr w:type="spellStart"/>
      <w:r>
        <w:t>joka</w:t>
      </w:r>
      <w:proofErr w:type="spellEnd"/>
      <w:r>
        <w:t xml:space="preserve"> </w:t>
      </w:r>
      <w:proofErr w:type="spellStart"/>
      <w:r>
        <w:t>tallentaa</w:t>
      </w:r>
      <w:proofErr w:type="spellEnd"/>
      <w:r>
        <w:t xml:space="preserve"> </w:t>
      </w:r>
      <w:proofErr w:type="spellStart"/>
      <w:r>
        <w:t>reaaliajassa</w:t>
      </w:r>
      <w:proofErr w:type="spellEnd"/>
      <w:r>
        <w:t xml:space="preserve"> ampumisen toimintaa. 4K-sensori tuottaa terävää kuvaa.</w:t>
      </w:r>
      <w:r>
        <w:br/>
      </w:r>
      <w:r>
        <w:br/>
      </w:r>
      <w:r w:rsidRPr="00FF6E94">
        <w:rPr>
          <w:b/>
          <w:bCs/>
        </w:rPr>
        <w:t>Avainominaisuudet:</w:t>
      </w:r>
      <w:r>
        <w:br/>
        <w:t>- 4K-sensori</w:t>
      </w:r>
      <w:r w:rsidR="0045425C">
        <w:t>(30 FPS)</w:t>
      </w:r>
      <w:r>
        <w:br/>
        <w:t xml:space="preserve">- </w:t>
      </w:r>
      <w:proofErr w:type="spellStart"/>
      <w:r>
        <w:t>Ladattava</w:t>
      </w:r>
      <w:proofErr w:type="spellEnd"/>
      <w:r>
        <w:t xml:space="preserve"> 18650-</w:t>
      </w:r>
      <w:r w:rsidR="0045425C">
        <w:t xml:space="preserve"> flat top </w:t>
      </w:r>
      <w:proofErr w:type="spellStart"/>
      <w:r>
        <w:t>akku</w:t>
      </w:r>
      <w:proofErr w:type="spellEnd"/>
      <w:r>
        <w:br/>
        <w:t xml:space="preserve">- </w:t>
      </w:r>
      <w:proofErr w:type="spellStart"/>
      <w:r>
        <w:t>Vaihtokorkit</w:t>
      </w:r>
      <w:proofErr w:type="spellEnd"/>
      <w:r>
        <w:t xml:space="preserve"> 18650/18500</w:t>
      </w:r>
      <w:r>
        <w:br/>
        <w:t>- WiFi-yhteys</w:t>
      </w:r>
      <w:r>
        <w:br/>
      </w:r>
      <w:r>
        <w:br/>
      </w:r>
      <w:r w:rsidRPr="00FF6E94">
        <w:rPr>
          <w:b/>
          <w:bCs/>
        </w:rPr>
        <w:t>Pakkauksen sisältö:</w:t>
      </w:r>
      <w:r>
        <w:br/>
        <w:t>- Action-kamera</w:t>
      </w:r>
      <w:r>
        <w:br/>
        <w:t>- 18650 litiumioniakku</w:t>
      </w:r>
      <w:r>
        <w:br/>
        <w:t>- Kiinnike</w:t>
      </w:r>
      <w:r>
        <w:br/>
        <w:t>- 18500-akun korkki</w:t>
      </w:r>
      <w:r>
        <w:br/>
        <w:t>- Type-C-kaapeli</w:t>
      </w:r>
      <w:r>
        <w:br/>
        <w:t>- Kuusiokoloavain</w:t>
      </w:r>
      <w:r>
        <w:br/>
        <w:t>- Käyttöohje</w:t>
      </w:r>
      <w:r>
        <w:br/>
        <w:t xml:space="preserve">- </w:t>
      </w:r>
      <w:proofErr w:type="spellStart"/>
      <w:r>
        <w:t>Takuukortti</w:t>
      </w:r>
      <w:proofErr w:type="spellEnd"/>
    </w:p>
    <w:p w14:paraId="5B23B85F" w14:textId="77777777" w:rsidR="00AF294B" w:rsidRDefault="00AF294B"/>
    <w:p w14:paraId="76AA3867" w14:textId="4E711C23" w:rsidR="009B73AC" w:rsidRDefault="0086005E">
      <w:pPr>
        <w:pStyle w:val="Otsikko2"/>
      </w:pPr>
      <w:proofErr w:type="spellStart"/>
      <w:r>
        <w:t>Laitteen</w:t>
      </w:r>
      <w:proofErr w:type="spellEnd"/>
      <w:r>
        <w:t xml:space="preserve"> </w:t>
      </w:r>
      <w:proofErr w:type="spellStart"/>
      <w:r>
        <w:t>osat</w:t>
      </w:r>
      <w:proofErr w:type="spellEnd"/>
    </w:p>
    <w:p w14:paraId="47442F62" w14:textId="77777777" w:rsidR="00AF294B" w:rsidRDefault="00AF294B"/>
    <w:p w14:paraId="1BA12E9C" w14:textId="5BADE210" w:rsidR="00AF294B" w:rsidRDefault="00AF294B">
      <w:r>
        <w:rPr>
          <w:noProof/>
        </w:rPr>
        <w:lastRenderedPageBreak/>
        <w:drawing>
          <wp:inline distT="0" distB="0" distL="0" distR="0" wp14:anchorId="3F3E76CA" wp14:editId="1196A7BE">
            <wp:extent cx="5486400" cy="2576830"/>
            <wp:effectExtent l="0" t="0" r="0" b="0"/>
            <wp:docPr id="559754305" name="Kuva 2" descr="Kuva, joka sisältää kohteen luonnos, piirros, Auton osa, muotoi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54305" name="Kuva 2" descr="Kuva, joka sisältää kohteen luonnos, piirros, Auton osa, muotoilu&#10;&#10;Tekoälyllä luotu sisältö voi olla virheellist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8DE4" w14:textId="77777777" w:rsidR="00B82D79" w:rsidRDefault="0086005E">
      <w:r>
        <w:br/>
      </w:r>
      <w:r w:rsidRPr="005C0B90">
        <w:rPr>
          <w:b/>
          <w:bCs/>
        </w:rPr>
        <w:t>Laitteen osat:</w:t>
      </w:r>
      <w:r>
        <w:br/>
        <w:t>1. Objektiivi</w:t>
      </w:r>
      <w:r>
        <w:br/>
        <w:t>2. Merkkivalo</w:t>
      </w:r>
      <w:r>
        <w:br/>
        <w:t>3. Virtapainike</w:t>
      </w:r>
      <w:r>
        <w:br/>
        <w:t>4. Akun korkki</w:t>
      </w:r>
      <w:r>
        <w:br/>
        <w:t>5. Type-C-portti</w:t>
      </w:r>
      <w:r>
        <w:br/>
        <w:t>6. Micro SD -</w:t>
      </w:r>
      <w:proofErr w:type="spellStart"/>
      <w:r>
        <w:t>korttipaikka</w:t>
      </w:r>
      <w:proofErr w:type="spellEnd"/>
      <w:r w:rsidR="00B82D79">
        <w:t xml:space="preserve">(Max 32GB SD </w:t>
      </w:r>
      <w:proofErr w:type="spellStart"/>
      <w:r w:rsidR="00B82D79">
        <w:t>kortti</w:t>
      </w:r>
      <w:proofErr w:type="spellEnd"/>
      <w:r w:rsidR="00B82D79">
        <w:t>)</w:t>
      </w:r>
      <w:r>
        <w:br/>
      </w:r>
    </w:p>
    <w:p w14:paraId="08E845CC" w14:textId="21287BF1" w:rsidR="005C0B90" w:rsidRDefault="0086005E">
      <w:r>
        <w:br/>
      </w:r>
      <w:proofErr w:type="spellStart"/>
      <w:r w:rsidRPr="005C0B90">
        <w:rPr>
          <w:b/>
          <w:bCs/>
        </w:rPr>
        <w:t>Pikanäppäimet</w:t>
      </w:r>
      <w:proofErr w:type="spellEnd"/>
      <w:r w:rsidR="00AF294B" w:rsidRPr="005C0B90">
        <w:rPr>
          <w:b/>
          <w:bCs/>
        </w:rPr>
        <w:t>(</w:t>
      </w:r>
      <w:proofErr w:type="spellStart"/>
      <w:r w:rsidR="00AF294B" w:rsidRPr="005C0B90">
        <w:rPr>
          <w:b/>
          <w:bCs/>
        </w:rPr>
        <w:t>virtapainike</w:t>
      </w:r>
      <w:proofErr w:type="spellEnd"/>
      <w:r w:rsidR="00AF294B" w:rsidRPr="005C0B90">
        <w:rPr>
          <w:b/>
          <w:bCs/>
        </w:rPr>
        <w:t>)</w:t>
      </w:r>
      <w:r w:rsidRPr="005C0B90">
        <w:rPr>
          <w:b/>
          <w:bCs/>
        </w:rPr>
        <w:t>:</w:t>
      </w:r>
    </w:p>
    <w:p w14:paraId="7B42CA77" w14:textId="52C92048" w:rsidR="009B73AC" w:rsidRDefault="0086005E">
      <w:r>
        <w:br/>
        <w:t xml:space="preserve">- </w:t>
      </w:r>
      <w:proofErr w:type="spellStart"/>
      <w:r>
        <w:t>Lyhyt</w:t>
      </w:r>
      <w:proofErr w:type="spellEnd"/>
      <w:r>
        <w:t xml:space="preserve"> </w:t>
      </w:r>
      <w:proofErr w:type="spellStart"/>
      <w:r>
        <w:t>painallus</w:t>
      </w:r>
      <w:proofErr w:type="spellEnd"/>
      <w:r>
        <w:t xml:space="preserve">: </w:t>
      </w:r>
      <w:proofErr w:type="spellStart"/>
      <w:r>
        <w:t>aloita</w:t>
      </w:r>
      <w:proofErr w:type="spellEnd"/>
      <w:r>
        <w:t>/</w:t>
      </w:r>
      <w:proofErr w:type="spellStart"/>
      <w:r>
        <w:t>lopeta</w:t>
      </w:r>
      <w:proofErr w:type="spellEnd"/>
      <w:r>
        <w:t xml:space="preserve"> </w:t>
      </w:r>
      <w:proofErr w:type="spellStart"/>
      <w:r>
        <w:t>tallennus</w:t>
      </w:r>
      <w:proofErr w:type="spellEnd"/>
      <w:r>
        <w:br/>
        <w:t>- Pitkä painallus (1,5s): WiFi päälle/pois</w:t>
      </w:r>
      <w:r>
        <w:br/>
        <w:t xml:space="preserve">- </w:t>
      </w:r>
      <w:proofErr w:type="spellStart"/>
      <w:r>
        <w:t>Pitkä</w:t>
      </w:r>
      <w:proofErr w:type="spellEnd"/>
      <w:r>
        <w:t xml:space="preserve"> </w:t>
      </w:r>
      <w:proofErr w:type="spellStart"/>
      <w:r>
        <w:t>painallus</w:t>
      </w:r>
      <w:proofErr w:type="spellEnd"/>
      <w:r>
        <w:t xml:space="preserve"> (3s): Virta </w:t>
      </w:r>
      <w:proofErr w:type="spellStart"/>
      <w:r>
        <w:t>päälle</w:t>
      </w:r>
      <w:proofErr w:type="spellEnd"/>
      <w:r>
        <w:t>/pois</w:t>
      </w:r>
    </w:p>
    <w:p w14:paraId="2FC81C7B" w14:textId="77777777" w:rsidR="00AF294B" w:rsidRDefault="00AF294B"/>
    <w:p w14:paraId="3BB94FBA" w14:textId="77777777" w:rsidR="00AF294B" w:rsidRDefault="00AF294B"/>
    <w:p w14:paraId="2960A79F" w14:textId="77777777" w:rsidR="00AF294B" w:rsidRDefault="00AF294B"/>
    <w:p w14:paraId="5581B519" w14:textId="77777777" w:rsidR="00AF294B" w:rsidRDefault="00AF294B"/>
    <w:p w14:paraId="57ACBF7E" w14:textId="77777777" w:rsidR="00AF294B" w:rsidRDefault="00AF294B"/>
    <w:p w14:paraId="0B8844EB" w14:textId="77777777" w:rsidR="00AF294B" w:rsidRDefault="00AF294B"/>
    <w:p w14:paraId="63E328A9" w14:textId="77777777" w:rsidR="00AF294B" w:rsidRDefault="00AF294B"/>
    <w:p w14:paraId="4C5E2B98" w14:textId="29C7EAB9" w:rsidR="009B73AC" w:rsidRDefault="0086005E">
      <w:pPr>
        <w:pStyle w:val="Otsikko2"/>
      </w:pPr>
      <w:proofErr w:type="spellStart"/>
      <w:r>
        <w:lastRenderedPageBreak/>
        <w:t>Merkkivalot</w:t>
      </w:r>
      <w:proofErr w:type="spellEnd"/>
      <w:r>
        <w:t xml:space="preserve"> ja </w:t>
      </w:r>
      <w:proofErr w:type="spellStart"/>
      <w:r>
        <w:t>akku</w:t>
      </w:r>
      <w:proofErr w:type="spellEnd"/>
    </w:p>
    <w:p w14:paraId="4153E257" w14:textId="4B90D377" w:rsidR="00505162" w:rsidRDefault="00505162">
      <w:r>
        <w:rPr>
          <w:noProof/>
        </w:rPr>
        <w:drawing>
          <wp:inline distT="0" distB="0" distL="0" distR="0" wp14:anchorId="0E0D5A6B" wp14:editId="68C548BC">
            <wp:extent cx="4867275" cy="3542295"/>
            <wp:effectExtent l="0" t="0" r="0" b="1270"/>
            <wp:docPr id="264270415" name="Kuva 3" descr="Kuva, joka sisältää kohteen teksti, kuvakaappaus, numero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0415" name="Kuva 3" descr="Kuva, joka sisältää kohteen teksti, kuvakaappaus, numero, Fontti&#10;&#10;Tekoälyllä luotu sisältö voi olla virheellist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2157" cy="355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C206" w14:textId="531C98F6" w:rsidR="00505162" w:rsidRDefault="0086005E">
      <w:proofErr w:type="spellStart"/>
      <w:r w:rsidRPr="00505162">
        <w:rPr>
          <w:b/>
          <w:bCs/>
        </w:rPr>
        <w:t>Merkkivalot</w:t>
      </w:r>
      <w:proofErr w:type="spellEnd"/>
      <w:r w:rsidRPr="00505162">
        <w:rPr>
          <w:b/>
          <w:bCs/>
        </w:rPr>
        <w:t>:</w:t>
      </w:r>
    </w:p>
    <w:p w14:paraId="5D83F683" w14:textId="77777777" w:rsidR="00505162" w:rsidRDefault="0086005E">
      <w:r>
        <w:br/>
        <w:t xml:space="preserve">- </w:t>
      </w:r>
      <w:proofErr w:type="spellStart"/>
      <w:r>
        <w:t>Sininen</w:t>
      </w:r>
      <w:proofErr w:type="spellEnd"/>
      <w:r w:rsidR="00505162">
        <w:t xml:space="preserve">, </w:t>
      </w:r>
      <w:proofErr w:type="spellStart"/>
      <w:r w:rsidR="00505162">
        <w:t>jatkuva</w:t>
      </w:r>
      <w:proofErr w:type="spellEnd"/>
      <w:r>
        <w:t xml:space="preserve">: </w:t>
      </w:r>
      <w:proofErr w:type="spellStart"/>
      <w:r>
        <w:t>lataus</w:t>
      </w:r>
      <w:proofErr w:type="spellEnd"/>
      <w:r w:rsidR="00505162">
        <w:t xml:space="preserve">, </w:t>
      </w:r>
      <w:proofErr w:type="spellStart"/>
      <w:r w:rsidR="00505162">
        <w:t>jos</w:t>
      </w:r>
      <w:proofErr w:type="spellEnd"/>
      <w:r w:rsidR="00505162">
        <w:t xml:space="preserve"> </w:t>
      </w:r>
      <w:proofErr w:type="spellStart"/>
      <w:r w:rsidR="00505162">
        <w:t>laite</w:t>
      </w:r>
      <w:proofErr w:type="spellEnd"/>
      <w:r w:rsidR="00505162">
        <w:t xml:space="preserve"> </w:t>
      </w:r>
      <w:proofErr w:type="spellStart"/>
      <w:r w:rsidR="00505162">
        <w:t>kytketty</w:t>
      </w:r>
      <w:proofErr w:type="spellEnd"/>
      <w:r w:rsidR="00505162">
        <w:t xml:space="preserve"> </w:t>
      </w:r>
      <w:proofErr w:type="spellStart"/>
      <w:r w:rsidR="00505162">
        <w:t>virtalähteeseen</w:t>
      </w:r>
      <w:proofErr w:type="spellEnd"/>
      <w:r w:rsidR="00505162">
        <w:t>.</w:t>
      </w:r>
    </w:p>
    <w:p w14:paraId="4102419A" w14:textId="6E09CA3E" w:rsidR="00505162" w:rsidRDefault="00505162" w:rsidP="00505162">
      <w:r>
        <w:t xml:space="preserve">- </w:t>
      </w:r>
      <w:proofErr w:type="spellStart"/>
      <w:r w:rsidR="0086005E">
        <w:t>Valkoinen</w:t>
      </w:r>
      <w:proofErr w:type="spellEnd"/>
      <w:r w:rsidR="0086005E">
        <w:t xml:space="preserve">: </w:t>
      </w:r>
      <w:proofErr w:type="spellStart"/>
      <w:r w:rsidR="0086005E">
        <w:t>virran</w:t>
      </w:r>
      <w:proofErr w:type="spellEnd"/>
      <w:r w:rsidR="0086005E">
        <w:t xml:space="preserve"> </w:t>
      </w:r>
      <w:proofErr w:type="spellStart"/>
      <w:r w:rsidR="0086005E">
        <w:t>tarkistus</w:t>
      </w:r>
      <w:proofErr w:type="spellEnd"/>
      <w:r>
        <w:t xml:space="preserve">, </w:t>
      </w:r>
      <w:proofErr w:type="spellStart"/>
      <w:r>
        <w:t>käynnistäessä</w:t>
      </w:r>
      <w:proofErr w:type="spellEnd"/>
      <w:r>
        <w:t>.</w:t>
      </w:r>
    </w:p>
    <w:p w14:paraId="6E20AFF3" w14:textId="5190C5C6" w:rsidR="00505162" w:rsidRDefault="00505162">
      <w:r>
        <w:t xml:space="preserve">- </w:t>
      </w:r>
      <w:proofErr w:type="spellStart"/>
      <w:r w:rsidR="0086005E">
        <w:t>Vihreä</w:t>
      </w:r>
      <w:proofErr w:type="spellEnd"/>
      <w:r w:rsidR="0086005E">
        <w:t xml:space="preserve">: </w:t>
      </w:r>
      <w:proofErr w:type="spellStart"/>
      <w:r w:rsidR="0086005E">
        <w:t>WiFi</w:t>
      </w:r>
      <w:proofErr w:type="spellEnd"/>
      <w:r w:rsidR="0086005E">
        <w:t xml:space="preserve"> pois, </w:t>
      </w:r>
      <w:proofErr w:type="spellStart"/>
      <w:r w:rsidR="0086005E">
        <w:t>akku</w:t>
      </w:r>
      <w:proofErr w:type="spellEnd"/>
      <w:r w:rsidR="0086005E">
        <w:t xml:space="preserve"> &gt;20%</w:t>
      </w:r>
      <w:r>
        <w:t>.</w:t>
      </w:r>
    </w:p>
    <w:p w14:paraId="55921919" w14:textId="3122CD7B" w:rsidR="00505162" w:rsidRDefault="00505162">
      <w:r>
        <w:t xml:space="preserve">- </w:t>
      </w:r>
      <w:proofErr w:type="spellStart"/>
      <w:r w:rsidR="0086005E">
        <w:t>Punainen</w:t>
      </w:r>
      <w:proofErr w:type="spellEnd"/>
      <w:r w:rsidR="0086005E">
        <w:t xml:space="preserve">: </w:t>
      </w:r>
      <w:proofErr w:type="spellStart"/>
      <w:r w:rsidR="0086005E">
        <w:t>WiFi</w:t>
      </w:r>
      <w:proofErr w:type="spellEnd"/>
      <w:r w:rsidR="0086005E">
        <w:t xml:space="preserve"> pois, </w:t>
      </w:r>
      <w:proofErr w:type="spellStart"/>
      <w:r w:rsidR="0086005E">
        <w:t>akku</w:t>
      </w:r>
      <w:proofErr w:type="spellEnd"/>
      <w:r w:rsidR="0086005E">
        <w:t xml:space="preserve"> &lt;20%</w:t>
      </w:r>
      <w:r>
        <w:t>.</w:t>
      </w:r>
    </w:p>
    <w:p w14:paraId="556D5B25" w14:textId="5039619D" w:rsidR="00505162" w:rsidRDefault="00505162">
      <w:r>
        <w:t xml:space="preserve">- </w:t>
      </w:r>
      <w:proofErr w:type="spellStart"/>
      <w:r w:rsidR="0086005E">
        <w:t>Sininen</w:t>
      </w:r>
      <w:proofErr w:type="spellEnd"/>
      <w:r w:rsidR="0086005E">
        <w:t xml:space="preserve"> </w:t>
      </w:r>
      <w:proofErr w:type="spellStart"/>
      <w:r w:rsidR="0086005E">
        <w:t>vilkku</w:t>
      </w:r>
      <w:proofErr w:type="spellEnd"/>
      <w:r w:rsidR="0086005E">
        <w:t xml:space="preserve">: </w:t>
      </w:r>
      <w:proofErr w:type="spellStart"/>
      <w:r w:rsidR="0086005E">
        <w:t>WiFi</w:t>
      </w:r>
      <w:proofErr w:type="spellEnd"/>
      <w:r w:rsidR="0086005E">
        <w:t xml:space="preserve"> </w:t>
      </w:r>
      <w:proofErr w:type="spellStart"/>
      <w:r w:rsidR="0086005E">
        <w:t>päällä</w:t>
      </w:r>
      <w:proofErr w:type="spellEnd"/>
      <w:r>
        <w:t>.</w:t>
      </w:r>
    </w:p>
    <w:p w14:paraId="36844204" w14:textId="170763C6" w:rsidR="00505162" w:rsidRDefault="00505162">
      <w:r>
        <w:t xml:space="preserve">- </w:t>
      </w:r>
      <w:proofErr w:type="spellStart"/>
      <w:r>
        <w:t>Hitaasti</w:t>
      </w:r>
      <w:proofErr w:type="spellEnd"/>
      <w:r>
        <w:t xml:space="preserve"> </w:t>
      </w:r>
      <w:proofErr w:type="spellStart"/>
      <w:r>
        <w:t>vilkkuva</w:t>
      </w:r>
      <w:proofErr w:type="spellEnd"/>
      <w:r>
        <w:t xml:space="preserve"> </w:t>
      </w:r>
      <w:proofErr w:type="spellStart"/>
      <w:r>
        <w:t>sininen</w:t>
      </w:r>
      <w:proofErr w:type="spellEnd"/>
      <w:r>
        <w:t xml:space="preserve">: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yhdistetty</w:t>
      </w:r>
      <w:proofErr w:type="spellEnd"/>
      <w:r>
        <w:t xml:space="preserve"> </w:t>
      </w:r>
      <w:proofErr w:type="spellStart"/>
      <w:r>
        <w:t>laitteeseen</w:t>
      </w:r>
      <w:proofErr w:type="spellEnd"/>
      <w:r>
        <w:t>.</w:t>
      </w:r>
    </w:p>
    <w:p w14:paraId="53BB4381" w14:textId="2A255DF4" w:rsidR="009B73AC" w:rsidRDefault="00505162">
      <w:r>
        <w:t xml:space="preserve">- </w:t>
      </w:r>
      <w:proofErr w:type="spellStart"/>
      <w:r w:rsidR="0086005E">
        <w:t>Nopea</w:t>
      </w:r>
      <w:r>
        <w:t>sti</w:t>
      </w:r>
      <w:proofErr w:type="spellEnd"/>
      <w:r w:rsidR="0086005E">
        <w:t xml:space="preserve"> </w:t>
      </w:r>
      <w:proofErr w:type="spellStart"/>
      <w:r w:rsidR="0086005E">
        <w:t>vilkku</w:t>
      </w:r>
      <w:r>
        <w:t>va</w:t>
      </w:r>
      <w:proofErr w:type="spellEnd"/>
      <w:r>
        <w:t xml:space="preserve"> </w:t>
      </w:r>
      <w:proofErr w:type="spellStart"/>
      <w:r>
        <w:t>sininen</w:t>
      </w:r>
      <w:proofErr w:type="spellEnd"/>
      <w:r w:rsidR="0086005E">
        <w:t xml:space="preserve">: video </w:t>
      </w:r>
      <w:proofErr w:type="spellStart"/>
      <w:r w:rsidR="0086005E">
        <w:t>tallennuksessa</w:t>
      </w:r>
      <w:proofErr w:type="spellEnd"/>
      <w:r>
        <w:t>.</w:t>
      </w:r>
      <w:r w:rsidR="0086005E">
        <w:br/>
      </w:r>
      <w:r w:rsidR="0086005E">
        <w:br/>
      </w:r>
      <w:r w:rsidR="0086005E" w:rsidRPr="00414C9C">
        <w:rPr>
          <w:b/>
          <w:bCs/>
        </w:rPr>
        <w:t>Akun asennus:</w:t>
      </w:r>
      <w:r w:rsidR="0086005E">
        <w:br/>
        <w:t>1. Kierrä akun korkki auki.</w:t>
      </w:r>
      <w:r w:rsidR="0086005E">
        <w:br/>
        <w:t>2. Poista eristysteippi.</w:t>
      </w:r>
      <w:r w:rsidR="0086005E">
        <w:br/>
        <w:t>3. Aseta akku oikein päin.</w:t>
      </w:r>
      <w:r w:rsidR="0086005E">
        <w:br/>
        <w:t>4. Kiristä korkki.</w:t>
      </w:r>
      <w:r w:rsidR="0086005E">
        <w:br/>
        <w:t xml:space="preserve">5. </w:t>
      </w:r>
      <w:proofErr w:type="spellStart"/>
      <w:r w:rsidR="0086005E">
        <w:t>Käynnistä</w:t>
      </w:r>
      <w:proofErr w:type="spellEnd"/>
      <w:r w:rsidR="0086005E">
        <w:t xml:space="preserve"> </w:t>
      </w:r>
      <w:proofErr w:type="spellStart"/>
      <w:r w:rsidR="0086005E">
        <w:t>painamalla</w:t>
      </w:r>
      <w:proofErr w:type="spellEnd"/>
      <w:r w:rsidR="0086005E">
        <w:t xml:space="preserve"> </w:t>
      </w:r>
      <w:proofErr w:type="spellStart"/>
      <w:r w:rsidR="0086005E">
        <w:t>virtapainiketta</w:t>
      </w:r>
      <w:proofErr w:type="spellEnd"/>
      <w:r w:rsidR="0086005E">
        <w:t xml:space="preserve"> 5 s.</w:t>
      </w:r>
    </w:p>
    <w:p w14:paraId="62B1024A" w14:textId="77777777" w:rsidR="00AF294B" w:rsidRDefault="00AF294B"/>
    <w:p w14:paraId="52198B2C" w14:textId="1E75F80E" w:rsidR="009B73AC" w:rsidRDefault="0086005E">
      <w:pPr>
        <w:pStyle w:val="Otsikko2"/>
      </w:pPr>
      <w:proofErr w:type="spellStart"/>
      <w:r>
        <w:lastRenderedPageBreak/>
        <w:t>WiFi-yhtey</w:t>
      </w:r>
      <w:r w:rsidR="00505162">
        <w:t>den</w:t>
      </w:r>
      <w:proofErr w:type="spellEnd"/>
      <w:r w:rsidR="00505162">
        <w:t xml:space="preserve"> </w:t>
      </w:r>
      <w:proofErr w:type="spellStart"/>
      <w:r w:rsidR="00505162">
        <w:t>muodostaminen</w:t>
      </w:r>
      <w:proofErr w:type="spellEnd"/>
    </w:p>
    <w:p w14:paraId="38FCF29F" w14:textId="2EB9F0DA" w:rsidR="009B73AC" w:rsidRDefault="0086005E">
      <w:r>
        <w:br/>
        <w:t xml:space="preserve">1. </w:t>
      </w:r>
      <w:proofErr w:type="spellStart"/>
      <w:r>
        <w:t>Lataa</w:t>
      </w:r>
      <w:proofErr w:type="spellEnd"/>
      <w:r>
        <w:t xml:space="preserve"> PardVision2-sovellus</w:t>
      </w:r>
      <w:r w:rsidR="00505162">
        <w:t xml:space="preserve"> Play </w:t>
      </w:r>
      <w:proofErr w:type="spellStart"/>
      <w:r w:rsidR="00505162">
        <w:t>kaupasta</w:t>
      </w:r>
      <w:proofErr w:type="spellEnd"/>
      <w:r w:rsidR="00505162">
        <w:t>.</w:t>
      </w:r>
      <w:r>
        <w:br/>
        <w:t xml:space="preserve">2. Avaa </w:t>
      </w:r>
      <w:r w:rsidR="00505162">
        <w:t xml:space="preserve">ja </w:t>
      </w:r>
      <w:proofErr w:type="spellStart"/>
      <w:r w:rsidR="00505162">
        <w:t>aktivoi</w:t>
      </w:r>
      <w:proofErr w:type="spellEnd"/>
      <w:r w:rsidR="00505162">
        <w:t xml:space="preserve"> </w:t>
      </w:r>
      <w:proofErr w:type="spellStart"/>
      <w:r>
        <w:t>puhelimen</w:t>
      </w:r>
      <w:proofErr w:type="spellEnd"/>
      <w:r>
        <w:t xml:space="preserve"> </w:t>
      </w:r>
      <w:proofErr w:type="spellStart"/>
      <w:r>
        <w:t>WiFi</w:t>
      </w:r>
      <w:proofErr w:type="spellEnd"/>
      <w:r>
        <w:t>.</w:t>
      </w:r>
      <w:r>
        <w:br/>
        <w:t xml:space="preserve">3. </w:t>
      </w:r>
      <w:proofErr w:type="spellStart"/>
      <w:r>
        <w:t>Pidä</w:t>
      </w:r>
      <w:proofErr w:type="spellEnd"/>
      <w:r>
        <w:t xml:space="preserve"> </w:t>
      </w:r>
      <w:proofErr w:type="spellStart"/>
      <w:r>
        <w:t>virtapainiketta</w:t>
      </w:r>
      <w:proofErr w:type="spellEnd"/>
      <w:r w:rsidR="00505162">
        <w:t xml:space="preserve"> </w:t>
      </w:r>
      <w:proofErr w:type="spellStart"/>
      <w:r w:rsidR="00505162">
        <w:t>pohjassa</w:t>
      </w:r>
      <w:proofErr w:type="spellEnd"/>
      <w:r>
        <w:t xml:space="preserve">, </w:t>
      </w:r>
      <w:proofErr w:type="spellStart"/>
      <w:r>
        <w:t>kunnes</w:t>
      </w:r>
      <w:proofErr w:type="spellEnd"/>
      <w:r>
        <w:t xml:space="preserve"> </w:t>
      </w:r>
      <w:proofErr w:type="spellStart"/>
      <w:r>
        <w:t>violetti</w:t>
      </w:r>
      <w:proofErr w:type="spellEnd"/>
      <w:r>
        <w:t xml:space="preserve"> </w:t>
      </w:r>
      <w:proofErr w:type="spellStart"/>
      <w:r>
        <w:t>valo</w:t>
      </w:r>
      <w:proofErr w:type="spellEnd"/>
      <w:r>
        <w:t xml:space="preserve"> </w:t>
      </w:r>
      <w:proofErr w:type="spellStart"/>
      <w:r>
        <w:t>syttyy</w:t>
      </w:r>
      <w:proofErr w:type="spellEnd"/>
      <w:r>
        <w:t>.</w:t>
      </w:r>
      <w:r>
        <w:br/>
        <w:t>4. Etsi WiFi-verkko (alkaa 'Action').</w:t>
      </w:r>
      <w:r>
        <w:br/>
        <w:t>5. Syötä salasana 12345678.</w:t>
      </w:r>
      <w:r>
        <w:br/>
        <w:t xml:space="preserve">6. Avaa </w:t>
      </w:r>
      <w:proofErr w:type="spellStart"/>
      <w:r>
        <w:t>sovellus</w:t>
      </w:r>
      <w:proofErr w:type="spellEnd"/>
      <w:r>
        <w:t xml:space="preserve"> ja </w:t>
      </w:r>
      <w:proofErr w:type="spellStart"/>
      <w:r>
        <w:t>yhdistä</w:t>
      </w:r>
      <w:proofErr w:type="spellEnd"/>
      <w:r>
        <w:t xml:space="preserve"> </w:t>
      </w:r>
      <w:proofErr w:type="spellStart"/>
      <w:r>
        <w:t>kameraan</w:t>
      </w:r>
      <w:proofErr w:type="spellEnd"/>
      <w:r>
        <w:t>.</w:t>
      </w:r>
    </w:p>
    <w:p w14:paraId="3C994757" w14:textId="77777777" w:rsidR="00AF294B" w:rsidRDefault="00AF294B"/>
    <w:p w14:paraId="5AF49D38" w14:textId="32E34087" w:rsidR="009B73AC" w:rsidRDefault="00505162">
      <w:pPr>
        <w:pStyle w:val="Otsikko2"/>
      </w:pPr>
      <w:r>
        <w:t xml:space="preserve">Kameran </w:t>
      </w:r>
      <w:proofErr w:type="spellStart"/>
      <w:r>
        <w:t>k</w:t>
      </w:r>
      <w:r w:rsidR="0086005E">
        <w:t>iinnitys</w:t>
      </w:r>
      <w:proofErr w:type="spellEnd"/>
    </w:p>
    <w:p w14:paraId="754056EA" w14:textId="732FDBBC" w:rsidR="009B73AC" w:rsidRDefault="0086005E">
      <w:r>
        <w:br/>
        <w:t>1. Ota kamera, kiinnike ja kuusiokoloavain.</w:t>
      </w:r>
      <w:r>
        <w:br/>
        <w:t>2. Löysää ruuvit.</w:t>
      </w:r>
      <w:r>
        <w:br/>
        <w:t>3. Aseta kamera kiinnikkeeseen.</w:t>
      </w:r>
      <w:r>
        <w:br/>
        <w:t xml:space="preserve">4. </w:t>
      </w:r>
      <w:proofErr w:type="spellStart"/>
      <w:r>
        <w:t>Kiristä</w:t>
      </w:r>
      <w:proofErr w:type="spellEnd"/>
      <w:r>
        <w:t xml:space="preserve"> </w:t>
      </w:r>
      <w:proofErr w:type="spellStart"/>
      <w:r>
        <w:t>ruuvit</w:t>
      </w:r>
      <w:proofErr w:type="spellEnd"/>
      <w:r w:rsidR="00505162">
        <w:t xml:space="preserve"> ja </w:t>
      </w:r>
      <w:proofErr w:type="spellStart"/>
      <w:r w:rsidR="00505162">
        <w:t>löydä</w:t>
      </w:r>
      <w:proofErr w:type="spellEnd"/>
      <w:r w:rsidR="00505162">
        <w:t xml:space="preserve"> </w:t>
      </w:r>
      <w:proofErr w:type="spellStart"/>
      <w:r w:rsidR="00505162">
        <w:t>sopiva</w:t>
      </w:r>
      <w:proofErr w:type="spellEnd"/>
      <w:r w:rsidR="00505162">
        <w:t xml:space="preserve"> </w:t>
      </w:r>
      <w:proofErr w:type="spellStart"/>
      <w:r w:rsidR="00505162">
        <w:t>kireys</w:t>
      </w:r>
      <w:proofErr w:type="spellEnd"/>
      <w:r>
        <w:t>.</w:t>
      </w:r>
      <w:r>
        <w:br/>
        <w:t xml:space="preserve">5. </w:t>
      </w:r>
      <w:proofErr w:type="spellStart"/>
      <w:r>
        <w:t>Kiinnitä</w:t>
      </w:r>
      <w:proofErr w:type="spellEnd"/>
      <w:r>
        <w:t xml:space="preserve"> </w:t>
      </w:r>
      <w:proofErr w:type="spellStart"/>
      <w:r>
        <w:t>p</w:t>
      </w:r>
      <w:r w:rsidR="00505162">
        <w:t>iippuun</w:t>
      </w:r>
      <w:proofErr w:type="spellEnd"/>
      <w:r>
        <w:t xml:space="preserve"> ja </w:t>
      </w:r>
      <w:proofErr w:type="spellStart"/>
      <w:r>
        <w:t>lukitse</w:t>
      </w:r>
      <w:proofErr w:type="spellEnd"/>
      <w:r>
        <w:t>.</w:t>
      </w:r>
    </w:p>
    <w:p w14:paraId="01C9420F" w14:textId="63AD81BC" w:rsidR="00C13955" w:rsidRDefault="00C13955">
      <w:r>
        <w:rPr>
          <w:noProof/>
        </w:rPr>
        <w:drawing>
          <wp:inline distT="0" distB="0" distL="0" distR="0" wp14:anchorId="1256ED67" wp14:editId="04371FBE">
            <wp:extent cx="5486400" cy="3014345"/>
            <wp:effectExtent l="0" t="0" r="0" b="0"/>
            <wp:docPr id="1588596576" name="Kuva 4" descr="Kuva, joka sisältää kohteen luonnos, piirros, muotoilu, kuvit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96576" name="Kuva 4" descr="Kuva, joka sisältää kohteen luonnos, piirros, muotoilu, kuvitus&#10;&#10;Tekoälyllä luotu sisältö voi olla virheellist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118E3" w14:textId="77777777" w:rsidR="00AF294B" w:rsidRDefault="00AF294B"/>
    <w:p w14:paraId="624A360E" w14:textId="77777777" w:rsidR="00414C9C" w:rsidRDefault="00414C9C"/>
    <w:p w14:paraId="70D34440" w14:textId="77777777" w:rsidR="00AF294B" w:rsidRDefault="00AF294B"/>
    <w:p w14:paraId="43396792" w14:textId="77777777" w:rsidR="005B4A36" w:rsidRDefault="005B4A36"/>
    <w:p w14:paraId="40534C97" w14:textId="2F3BBE82" w:rsidR="009B73AC" w:rsidRDefault="0086005E">
      <w:pPr>
        <w:pStyle w:val="Otsikko2"/>
      </w:pPr>
      <w:proofErr w:type="spellStart"/>
      <w:r>
        <w:lastRenderedPageBreak/>
        <w:t>Tekniset</w:t>
      </w:r>
      <w:proofErr w:type="spellEnd"/>
      <w:r>
        <w:t xml:space="preserve"> </w:t>
      </w:r>
      <w:proofErr w:type="spellStart"/>
      <w:r>
        <w:t>tiedot</w:t>
      </w:r>
      <w:proofErr w:type="spellEnd"/>
    </w:p>
    <w:p w14:paraId="56AE00D0" w14:textId="21236D77" w:rsidR="009B73AC" w:rsidRDefault="0086005E">
      <w:r>
        <w:br/>
        <w:t>- Kenno: CMOS</w:t>
      </w:r>
      <w:r w:rsidR="00D90AEB">
        <w:t>.</w:t>
      </w:r>
      <w:r>
        <w:br/>
        <w:t xml:space="preserve">- </w:t>
      </w:r>
      <w:proofErr w:type="spellStart"/>
      <w:r>
        <w:t>Resoluutio</w:t>
      </w:r>
      <w:proofErr w:type="spellEnd"/>
      <w:r>
        <w:t>: 3840x2160</w:t>
      </w:r>
      <w:r w:rsidR="00D90AEB">
        <w:t>.</w:t>
      </w:r>
      <w:r>
        <w:br/>
        <w:t xml:space="preserve">- </w:t>
      </w:r>
      <w:proofErr w:type="spellStart"/>
      <w:r>
        <w:t>Digitaalinen</w:t>
      </w:r>
      <w:proofErr w:type="spellEnd"/>
      <w:r>
        <w:t xml:space="preserve"> zoom: 2/3/4/5x</w:t>
      </w:r>
      <w:r w:rsidR="00D90AEB">
        <w:t>.</w:t>
      </w:r>
      <w:r>
        <w:br/>
        <w:t xml:space="preserve">- </w:t>
      </w:r>
      <w:proofErr w:type="spellStart"/>
      <w:r>
        <w:t>Kuvamuoto</w:t>
      </w:r>
      <w:proofErr w:type="spellEnd"/>
      <w:r>
        <w:t>: JPG</w:t>
      </w:r>
      <w:r w:rsidR="00D90AEB">
        <w:t>.</w:t>
      </w:r>
      <w:r>
        <w:br/>
        <w:t xml:space="preserve">- </w:t>
      </w:r>
      <w:proofErr w:type="spellStart"/>
      <w:r>
        <w:t>Videomuoto</w:t>
      </w:r>
      <w:proofErr w:type="spellEnd"/>
      <w:r>
        <w:t>: MP4</w:t>
      </w:r>
      <w:r w:rsidR="00D90AEB">
        <w:t>.</w:t>
      </w:r>
      <w:r>
        <w:br/>
        <w:t>- Tallennus: Micro SD max 128GB</w:t>
      </w:r>
      <w:r w:rsidR="00D90AEB">
        <w:t xml:space="preserve">. Max 32GB Micro SD </w:t>
      </w:r>
      <w:proofErr w:type="spellStart"/>
      <w:r w:rsidR="00D90AEB">
        <w:t>korttia</w:t>
      </w:r>
      <w:proofErr w:type="spellEnd"/>
      <w:r w:rsidR="00D90AEB">
        <w:t xml:space="preserve"> </w:t>
      </w:r>
      <w:proofErr w:type="spellStart"/>
      <w:r w:rsidR="00D90AEB">
        <w:t>suositellaan</w:t>
      </w:r>
      <w:proofErr w:type="spellEnd"/>
      <w:r w:rsidR="00D90AEB">
        <w:t>.</w:t>
      </w:r>
      <w:r>
        <w:br/>
        <w:t xml:space="preserve">- </w:t>
      </w:r>
      <w:proofErr w:type="spellStart"/>
      <w:r>
        <w:t>WiFi</w:t>
      </w:r>
      <w:proofErr w:type="spellEnd"/>
      <w:r>
        <w:t xml:space="preserve">: </w:t>
      </w:r>
      <w:proofErr w:type="spellStart"/>
      <w:r>
        <w:t>kyllä</w:t>
      </w:r>
      <w:proofErr w:type="spellEnd"/>
      <w:r w:rsidR="00D90AEB">
        <w:t>.</w:t>
      </w:r>
      <w:r>
        <w:br/>
        <w:t>- Akku: 18650</w:t>
      </w:r>
      <w:r w:rsidR="00D90AEB">
        <w:t xml:space="preserve"> flat top.</w:t>
      </w:r>
      <w:r>
        <w:br/>
        <w:t xml:space="preserve">- </w:t>
      </w:r>
      <w:proofErr w:type="spellStart"/>
      <w:r>
        <w:t>Käyttöaika</w:t>
      </w:r>
      <w:proofErr w:type="spellEnd"/>
      <w:r>
        <w:t>: max 6 h</w:t>
      </w:r>
      <w:r w:rsidR="00D90AEB">
        <w:t>.</w:t>
      </w:r>
      <w:r>
        <w:br/>
        <w:t>- Paino: 282 g</w:t>
      </w:r>
      <w:r w:rsidR="00D90AEB">
        <w:t>.</w:t>
      </w:r>
      <w:r>
        <w:br/>
        <w:t>- Mitat: 139x27x27 mm</w:t>
      </w:r>
      <w:r w:rsidR="00D90AEB">
        <w:t>.</w:t>
      </w:r>
      <w:r>
        <w:br/>
        <w:t xml:space="preserve">- </w:t>
      </w:r>
      <w:proofErr w:type="spellStart"/>
      <w:r>
        <w:t>Materiaali</w:t>
      </w:r>
      <w:proofErr w:type="spellEnd"/>
      <w:r>
        <w:t xml:space="preserve">: </w:t>
      </w:r>
      <w:proofErr w:type="spellStart"/>
      <w:r>
        <w:t>alumiiniseos</w:t>
      </w:r>
      <w:proofErr w:type="spellEnd"/>
      <w:r>
        <w:t>, IP67</w:t>
      </w:r>
      <w:r w:rsidR="00D90AEB">
        <w:t>.</w:t>
      </w:r>
      <w:r>
        <w:br/>
        <w:t>- Recoil-</w:t>
      </w:r>
      <w:proofErr w:type="spellStart"/>
      <w:r>
        <w:t>kesto</w:t>
      </w:r>
      <w:proofErr w:type="spellEnd"/>
      <w:r>
        <w:t>: 6000 J</w:t>
      </w:r>
      <w:r w:rsidR="00D90AEB">
        <w:t>.</w:t>
      </w:r>
    </w:p>
    <w:p w14:paraId="15506FA8" w14:textId="77777777" w:rsidR="00AF294B" w:rsidRDefault="00AF294B"/>
    <w:p w14:paraId="05EC5786" w14:textId="77777777" w:rsidR="00AF294B" w:rsidRDefault="00AF294B"/>
    <w:p w14:paraId="5F710776" w14:textId="77777777" w:rsidR="00AF294B" w:rsidRDefault="00AF294B"/>
    <w:p w14:paraId="4F82FE59" w14:textId="77777777" w:rsidR="00883A88" w:rsidRDefault="00883A88"/>
    <w:p w14:paraId="6E2552DB" w14:textId="77777777" w:rsidR="00AF294B" w:rsidRDefault="00AF294B"/>
    <w:p w14:paraId="66B48638" w14:textId="77777777" w:rsidR="005B4A36" w:rsidRDefault="005B4A36"/>
    <w:p w14:paraId="006AD911" w14:textId="77777777" w:rsidR="005B4A36" w:rsidRDefault="005B4A36"/>
    <w:p w14:paraId="4E3D5232" w14:textId="77777777" w:rsidR="005B4A36" w:rsidRDefault="005B4A36"/>
    <w:p w14:paraId="5ABB64B4" w14:textId="77777777" w:rsidR="005B4A36" w:rsidRDefault="005B4A36"/>
    <w:p w14:paraId="17166E9B" w14:textId="77777777" w:rsidR="005B4A36" w:rsidRDefault="005B4A36"/>
    <w:p w14:paraId="0D46F28F" w14:textId="77777777" w:rsidR="005B4A36" w:rsidRDefault="005B4A36"/>
    <w:p w14:paraId="62D8657E" w14:textId="77777777" w:rsidR="005B4A36" w:rsidRDefault="005B4A36"/>
    <w:p w14:paraId="66DF7DF2" w14:textId="77777777" w:rsidR="005B4A36" w:rsidRDefault="005B4A36"/>
    <w:p w14:paraId="4E8A265A" w14:textId="77777777" w:rsidR="005B4A36" w:rsidRDefault="005B4A36"/>
    <w:p w14:paraId="61B9CDE2" w14:textId="77777777" w:rsidR="005B4A36" w:rsidRDefault="005B4A36"/>
    <w:p w14:paraId="49066BC0" w14:textId="77777777" w:rsidR="005B4A36" w:rsidRDefault="005B4A36"/>
    <w:p w14:paraId="1F3044E2" w14:textId="77777777" w:rsidR="005B4A36" w:rsidRDefault="005B4A36"/>
    <w:p w14:paraId="6C622219" w14:textId="47310ADE" w:rsidR="009B73AC" w:rsidRDefault="0086005E">
      <w:pPr>
        <w:pStyle w:val="Otsikko2"/>
      </w:pPr>
      <w:proofErr w:type="spellStart"/>
      <w:r>
        <w:lastRenderedPageBreak/>
        <w:t>Sovellus</w:t>
      </w:r>
      <w:proofErr w:type="spellEnd"/>
      <w:r>
        <w:t xml:space="preserve"> </w:t>
      </w:r>
      <w:proofErr w:type="spellStart"/>
      <w:r>
        <w:t>yleisnäkymä</w:t>
      </w:r>
      <w:proofErr w:type="spellEnd"/>
      <w:r w:rsidR="00883A88">
        <w:t xml:space="preserve"> ja </w:t>
      </w:r>
      <w:proofErr w:type="spellStart"/>
      <w:r w:rsidR="00883A88">
        <w:t>hallinta</w:t>
      </w:r>
      <w:proofErr w:type="spellEnd"/>
    </w:p>
    <w:p w14:paraId="50FA310E" w14:textId="77777777" w:rsidR="00883A88" w:rsidRDefault="00883A88"/>
    <w:p w14:paraId="028668FF" w14:textId="7B24D284" w:rsidR="00883A88" w:rsidRDefault="00883A88">
      <w:r>
        <w:rPr>
          <w:noProof/>
        </w:rPr>
        <w:drawing>
          <wp:inline distT="0" distB="0" distL="0" distR="0" wp14:anchorId="4EAD12C1" wp14:editId="2613CAE3">
            <wp:extent cx="5486400" cy="4732020"/>
            <wp:effectExtent l="0" t="0" r="0" b="0"/>
            <wp:docPr id="1192979634" name="Kuva 5" descr="Kuva, joka sisältää kohteen teksti, kuvakaappaus, Matkapuhelin, muotoi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79634" name="Kuva 5" descr="Kuva, joka sisältää kohteen teksti, kuvakaappaus, Matkapuhelin, muotoilu&#10;&#10;Tekoälyllä luotu sisältö voi olla virheellist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3AF1" w14:textId="77777777" w:rsidR="00883A88" w:rsidRDefault="0086005E">
      <w:r>
        <w:br/>
        <w:t xml:space="preserve">- Valitse Device -&gt; </w:t>
      </w:r>
      <w:r w:rsidR="00883A88">
        <w:t xml:space="preserve">Add device </w:t>
      </w:r>
      <w:proofErr w:type="spellStart"/>
      <w:r w:rsidR="00883A88">
        <w:t>valitsemalla</w:t>
      </w:r>
      <w:proofErr w:type="spellEnd"/>
      <w:r w:rsidR="00883A88">
        <w:t xml:space="preserve"> </w:t>
      </w:r>
      <w:proofErr w:type="spellStart"/>
      <w:r w:rsidR="00883A88">
        <w:t>pääset</w:t>
      </w:r>
      <w:proofErr w:type="spellEnd"/>
      <w:r w:rsidR="00883A88">
        <w:t xml:space="preserve"> </w:t>
      </w:r>
      <w:proofErr w:type="spellStart"/>
      <w:r w:rsidR="00883A88">
        <w:t>Wiew</w:t>
      </w:r>
      <w:proofErr w:type="spellEnd"/>
      <w:r w:rsidR="00883A88">
        <w:t xml:space="preserve"> -</w:t>
      </w:r>
      <w:proofErr w:type="spellStart"/>
      <w:r w:rsidR="00883A88">
        <w:t>tilaan</w:t>
      </w:r>
      <w:proofErr w:type="spellEnd"/>
      <w:r w:rsidR="00883A88">
        <w:t>.</w:t>
      </w:r>
    </w:p>
    <w:p w14:paraId="4C99AC0B" w14:textId="77777777" w:rsidR="00883A88" w:rsidRDefault="00883A88" w:rsidP="00883A88">
      <w:r>
        <w:t xml:space="preserve">- </w:t>
      </w:r>
      <w:proofErr w:type="spellStart"/>
      <w:r>
        <w:t>Wiew</w:t>
      </w:r>
      <w:proofErr w:type="spellEnd"/>
      <w:r>
        <w:t xml:space="preserve"> </w:t>
      </w:r>
      <w:proofErr w:type="spellStart"/>
      <w:r>
        <w:t>tilaan</w:t>
      </w:r>
      <w:proofErr w:type="spellEnd"/>
      <w:r>
        <w:t xml:space="preserve"> </w:t>
      </w:r>
      <w:proofErr w:type="spellStart"/>
      <w:r>
        <w:t>muodostuu</w:t>
      </w:r>
      <w:proofErr w:type="spellEnd"/>
      <w:r>
        <w:t xml:space="preserve"> </w:t>
      </w:r>
      <w:proofErr w:type="spellStart"/>
      <w:r>
        <w:t>näkymä</w:t>
      </w:r>
      <w:proofErr w:type="spellEnd"/>
      <w:r>
        <w:t xml:space="preserve"> </w:t>
      </w:r>
      <w:proofErr w:type="spellStart"/>
      <w:r>
        <w:t>kamerasta</w:t>
      </w:r>
      <w:proofErr w:type="spellEnd"/>
      <w:r>
        <w:t xml:space="preserve"> ja </w:t>
      </w:r>
      <w:proofErr w:type="spellStart"/>
      <w:r>
        <w:t>voit</w:t>
      </w:r>
      <w:proofErr w:type="spellEnd"/>
      <w:r>
        <w:t xml:space="preserve"> </w:t>
      </w:r>
      <w:proofErr w:type="spellStart"/>
      <w:r>
        <w:t>valita</w:t>
      </w:r>
      <w:proofErr w:type="spellEnd"/>
      <w:r>
        <w:t xml:space="preserve"> </w:t>
      </w:r>
      <w:proofErr w:type="spellStart"/>
      <w:r>
        <w:t>itsellesi</w:t>
      </w:r>
      <w:proofErr w:type="spellEnd"/>
      <w:r>
        <w:t xml:space="preserve"> </w:t>
      </w:r>
      <w:proofErr w:type="spellStart"/>
      <w:r>
        <w:t>sopivat</w:t>
      </w:r>
      <w:proofErr w:type="spellEnd"/>
      <w:r>
        <w:t xml:space="preserve"> </w:t>
      </w:r>
      <w:proofErr w:type="spellStart"/>
      <w:r>
        <w:t>asetukset</w:t>
      </w:r>
      <w:proofErr w:type="spellEnd"/>
      <w:r>
        <w:t xml:space="preserve"> </w:t>
      </w:r>
      <w:proofErr w:type="spellStart"/>
      <w:r>
        <w:t>kameralle</w:t>
      </w:r>
      <w:proofErr w:type="spellEnd"/>
      <w:r>
        <w:t>.</w:t>
      </w:r>
    </w:p>
    <w:p w14:paraId="34A976DA" w14:textId="04C346AC" w:rsidR="00883A88" w:rsidRDefault="0086005E" w:rsidP="00883A88">
      <w:r>
        <w:br/>
        <w:t xml:space="preserve">- </w:t>
      </w:r>
      <w:proofErr w:type="spellStart"/>
      <w:r>
        <w:t>Pikapainikkeet</w:t>
      </w:r>
      <w:proofErr w:type="spellEnd"/>
      <w:r w:rsidR="00B44463">
        <w:t>(</w:t>
      </w:r>
      <w:proofErr w:type="spellStart"/>
      <w:r w:rsidR="00B44463">
        <w:t>Alhaalla</w:t>
      </w:r>
      <w:proofErr w:type="spellEnd"/>
      <w:r w:rsidR="00B44463">
        <w:t xml:space="preserve"> </w:t>
      </w:r>
      <w:proofErr w:type="spellStart"/>
      <w:r w:rsidR="00B44463">
        <w:t>Wiew</w:t>
      </w:r>
      <w:proofErr w:type="spellEnd"/>
      <w:r w:rsidR="00B44463">
        <w:t xml:space="preserve"> </w:t>
      </w:r>
      <w:proofErr w:type="spellStart"/>
      <w:r w:rsidR="00B44463">
        <w:t>tilassa</w:t>
      </w:r>
      <w:proofErr w:type="spellEnd"/>
      <w:r w:rsidR="00B44463">
        <w:t>)</w:t>
      </w:r>
      <w:r>
        <w:t>:</w:t>
      </w:r>
    </w:p>
    <w:p w14:paraId="052F0AA3" w14:textId="1CC6A172" w:rsidR="00883A88" w:rsidRDefault="00883A88" w:rsidP="00883A88">
      <w:pPr>
        <w:pStyle w:val="Luettelokappale"/>
        <w:numPr>
          <w:ilvl w:val="0"/>
          <w:numId w:val="14"/>
        </w:numPr>
      </w:pPr>
      <w:r>
        <w:t xml:space="preserve">Photo – </w:t>
      </w:r>
      <w:proofErr w:type="spellStart"/>
      <w:r>
        <w:t>valokuva</w:t>
      </w:r>
      <w:r w:rsidR="00B44463">
        <w:t>tallennus</w:t>
      </w:r>
      <w:proofErr w:type="spellEnd"/>
      <w:r>
        <w:t>.</w:t>
      </w:r>
    </w:p>
    <w:p w14:paraId="7518C4E2" w14:textId="08F41337" w:rsidR="00883A88" w:rsidRDefault="0086005E" w:rsidP="00883A88">
      <w:pPr>
        <w:pStyle w:val="Luettelokappale"/>
        <w:numPr>
          <w:ilvl w:val="0"/>
          <w:numId w:val="14"/>
        </w:numPr>
      </w:pPr>
      <w:r>
        <w:t xml:space="preserve">Rec – </w:t>
      </w:r>
      <w:proofErr w:type="spellStart"/>
      <w:r w:rsidR="00883A88">
        <w:t>video</w:t>
      </w:r>
      <w:r>
        <w:t>tallennus</w:t>
      </w:r>
      <w:proofErr w:type="spellEnd"/>
      <w:r w:rsidR="00883A88">
        <w:t>.</w:t>
      </w:r>
    </w:p>
    <w:p w14:paraId="4811C9DC" w14:textId="1691DC95" w:rsidR="00883A88" w:rsidRDefault="0086005E" w:rsidP="00883A88">
      <w:pPr>
        <w:pStyle w:val="Luettelokappale"/>
        <w:numPr>
          <w:ilvl w:val="0"/>
          <w:numId w:val="14"/>
        </w:numPr>
      </w:pPr>
      <w:r>
        <w:t xml:space="preserve">Zoom – </w:t>
      </w:r>
      <w:proofErr w:type="spellStart"/>
      <w:r>
        <w:t>suurennus</w:t>
      </w:r>
      <w:proofErr w:type="spellEnd"/>
      <w:r w:rsidR="00883A88">
        <w:t>.</w:t>
      </w:r>
    </w:p>
    <w:p w14:paraId="5AA7C5E1" w14:textId="74C7EB0F" w:rsidR="00883A88" w:rsidRDefault="0086005E" w:rsidP="00883A88">
      <w:pPr>
        <w:pStyle w:val="Luettelokappale"/>
        <w:numPr>
          <w:ilvl w:val="0"/>
          <w:numId w:val="14"/>
        </w:numPr>
      </w:pPr>
      <w:r>
        <w:t xml:space="preserve">Switch – </w:t>
      </w:r>
      <w:proofErr w:type="spellStart"/>
      <w:r>
        <w:t>ristikon</w:t>
      </w:r>
      <w:proofErr w:type="spellEnd"/>
      <w:r>
        <w:t>/</w:t>
      </w:r>
      <w:proofErr w:type="spellStart"/>
      <w:r>
        <w:t>päivämäärän</w:t>
      </w:r>
      <w:proofErr w:type="spellEnd"/>
      <w:r>
        <w:t xml:space="preserve"> </w:t>
      </w:r>
      <w:proofErr w:type="spellStart"/>
      <w:r>
        <w:t>näyttö</w:t>
      </w:r>
      <w:proofErr w:type="spellEnd"/>
      <w:r>
        <w:t xml:space="preserve"> tai </w:t>
      </w:r>
      <w:proofErr w:type="spellStart"/>
      <w:r>
        <w:t>ääni</w:t>
      </w:r>
      <w:proofErr w:type="spellEnd"/>
      <w:r w:rsidR="00883A88">
        <w:t>.</w:t>
      </w:r>
    </w:p>
    <w:p w14:paraId="0BC30090" w14:textId="73CFEFC5" w:rsidR="009B73AC" w:rsidRDefault="0086005E" w:rsidP="00883A88">
      <w:pPr>
        <w:pStyle w:val="Luettelokappale"/>
        <w:numPr>
          <w:ilvl w:val="0"/>
          <w:numId w:val="14"/>
        </w:numPr>
      </w:pPr>
      <w:r>
        <w:t xml:space="preserve">Mode – </w:t>
      </w:r>
      <w:proofErr w:type="spellStart"/>
      <w:r>
        <w:t>väri</w:t>
      </w:r>
      <w:proofErr w:type="spellEnd"/>
      <w:r>
        <w:t>/</w:t>
      </w:r>
      <w:proofErr w:type="spellStart"/>
      <w:r>
        <w:t>mustavalko</w:t>
      </w:r>
      <w:proofErr w:type="spellEnd"/>
      <w:r w:rsidR="00883A88">
        <w:t xml:space="preserve"> -</w:t>
      </w:r>
      <w:proofErr w:type="spellStart"/>
      <w:r w:rsidR="00883A88">
        <w:t>tila</w:t>
      </w:r>
      <w:proofErr w:type="spellEnd"/>
      <w:r>
        <w:t>.</w:t>
      </w:r>
    </w:p>
    <w:p w14:paraId="600D13EE" w14:textId="77777777" w:rsidR="00AF294B" w:rsidRDefault="00AF294B"/>
    <w:p w14:paraId="52F941F1" w14:textId="07D2329E" w:rsidR="009B73AC" w:rsidRDefault="0086005E">
      <w:pPr>
        <w:pStyle w:val="Otsikko2"/>
      </w:pPr>
      <w:proofErr w:type="spellStart"/>
      <w:r>
        <w:lastRenderedPageBreak/>
        <w:t>Sovellus</w:t>
      </w:r>
      <w:proofErr w:type="spellEnd"/>
      <w:r>
        <w:t xml:space="preserve">: Mode </w:t>
      </w:r>
      <w:r w:rsidR="00E57E1F">
        <w:t>&amp;</w:t>
      </w:r>
      <w:r>
        <w:t xml:space="preserve"> Home</w:t>
      </w:r>
    </w:p>
    <w:p w14:paraId="3F63AC24" w14:textId="50DC3768" w:rsidR="009B73AC" w:rsidRDefault="0086005E">
      <w:r>
        <w:br/>
        <w:t>- Mode: vaihda väri/mustavalko.</w:t>
      </w:r>
      <w:r>
        <w:br/>
        <w:t xml:space="preserve">- Home: </w:t>
      </w:r>
      <w:proofErr w:type="spellStart"/>
      <w:r>
        <w:t>palaa</w:t>
      </w:r>
      <w:proofErr w:type="spellEnd"/>
      <w:r>
        <w:t xml:space="preserve"> </w:t>
      </w:r>
      <w:proofErr w:type="spellStart"/>
      <w:r>
        <w:t>edelliseen</w:t>
      </w:r>
      <w:proofErr w:type="spellEnd"/>
      <w:r>
        <w:t xml:space="preserve"> </w:t>
      </w:r>
      <w:proofErr w:type="spellStart"/>
      <w:r>
        <w:t>näkymään</w:t>
      </w:r>
      <w:proofErr w:type="spellEnd"/>
      <w:r>
        <w:t>.</w:t>
      </w:r>
    </w:p>
    <w:p w14:paraId="3412EE8E" w14:textId="77777777" w:rsidR="00AF294B" w:rsidRDefault="00AF294B"/>
    <w:p w14:paraId="6DCFC900" w14:textId="19788AF9" w:rsidR="009B73AC" w:rsidRDefault="0086005E">
      <w:pPr>
        <w:pStyle w:val="Otsikko2"/>
      </w:pPr>
      <w:proofErr w:type="spellStart"/>
      <w:r>
        <w:t>Sovellus</w:t>
      </w:r>
      <w:proofErr w:type="spellEnd"/>
      <w:r>
        <w:t xml:space="preserve">: </w:t>
      </w:r>
      <w:r w:rsidR="00471173">
        <w:t>Menu(</w:t>
      </w:r>
      <w:proofErr w:type="spellStart"/>
      <w:r w:rsidR="00471173">
        <w:t>Wiew</w:t>
      </w:r>
      <w:proofErr w:type="spellEnd"/>
      <w:r w:rsidR="00471173">
        <w:t xml:space="preserve"> -</w:t>
      </w:r>
      <w:proofErr w:type="spellStart"/>
      <w:r w:rsidR="00471173">
        <w:t>tilassa</w:t>
      </w:r>
      <w:proofErr w:type="spellEnd"/>
      <w:r w:rsidR="00471173">
        <w:t>)</w:t>
      </w:r>
    </w:p>
    <w:p w14:paraId="6B1E4618" w14:textId="77777777" w:rsidR="00471173" w:rsidRDefault="0086005E">
      <w:r>
        <w:br/>
      </w:r>
      <w:proofErr w:type="spellStart"/>
      <w:r>
        <w:t>Valikon</w:t>
      </w:r>
      <w:proofErr w:type="spellEnd"/>
      <w:r>
        <w:t xml:space="preserve"> </w:t>
      </w:r>
      <w:proofErr w:type="spellStart"/>
      <w:r>
        <w:t>asetukset</w:t>
      </w:r>
      <w:proofErr w:type="spellEnd"/>
      <w:r>
        <w:t>:</w:t>
      </w:r>
    </w:p>
    <w:p w14:paraId="3F6937F9" w14:textId="013F7F5D" w:rsidR="00471173" w:rsidRDefault="0086005E" w:rsidP="00471173">
      <w:pPr>
        <w:pStyle w:val="Luettelokappale"/>
        <w:numPr>
          <w:ilvl w:val="0"/>
          <w:numId w:val="18"/>
        </w:numPr>
      </w:pPr>
      <w:proofErr w:type="spellStart"/>
      <w:r>
        <w:t>Ristikon</w:t>
      </w:r>
      <w:proofErr w:type="spellEnd"/>
      <w:r>
        <w:t xml:space="preserve"> </w:t>
      </w:r>
      <w:proofErr w:type="spellStart"/>
      <w:r>
        <w:t>väri</w:t>
      </w:r>
      <w:proofErr w:type="spellEnd"/>
      <w:r>
        <w:t xml:space="preserve">, </w:t>
      </w:r>
      <w:proofErr w:type="spellStart"/>
      <w:r>
        <w:t>tyyppi</w:t>
      </w:r>
      <w:proofErr w:type="spellEnd"/>
      <w:r w:rsidR="00471173">
        <w:t>/</w:t>
      </w:r>
      <w:proofErr w:type="spellStart"/>
      <w:r w:rsidR="00471173">
        <w:t>malli</w:t>
      </w:r>
      <w:proofErr w:type="spellEnd"/>
      <w:r w:rsidR="00471173">
        <w:t xml:space="preserve"> &amp; </w:t>
      </w:r>
      <w:proofErr w:type="spellStart"/>
      <w:r w:rsidR="00471173">
        <w:t>kohdistus</w:t>
      </w:r>
      <w:proofErr w:type="spellEnd"/>
      <w:r w:rsidR="00471173">
        <w:t>.</w:t>
      </w:r>
    </w:p>
    <w:p w14:paraId="4E96037E" w14:textId="7C05B579" w:rsidR="00471173" w:rsidRDefault="0086005E" w:rsidP="00471173">
      <w:pPr>
        <w:pStyle w:val="Luettelokappale"/>
        <w:numPr>
          <w:ilvl w:val="0"/>
          <w:numId w:val="18"/>
        </w:numPr>
      </w:pPr>
      <w:r>
        <w:t>Loop Rec</w:t>
      </w:r>
      <w:r w:rsidR="00471173">
        <w:t>(</w:t>
      </w:r>
      <w:proofErr w:type="spellStart"/>
      <w:r w:rsidR="00471173">
        <w:t>jatkuva</w:t>
      </w:r>
      <w:proofErr w:type="spellEnd"/>
      <w:r w:rsidR="00471173">
        <w:t xml:space="preserve"> </w:t>
      </w:r>
      <w:proofErr w:type="spellStart"/>
      <w:r w:rsidR="00471173">
        <w:t>tallennus</w:t>
      </w:r>
      <w:proofErr w:type="spellEnd"/>
      <w:r w:rsidR="00471173">
        <w:t>).</w:t>
      </w:r>
    </w:p>
    <w:p w14:paraId="6D2FF75B" w14:textId="020FE6FC" w:rsidR="00471173" w:rsidRDefault="00471173" w:rsidP="00471173">
      <w:pPr>
        <w:pStyle w:val="Luettelokappale"/>
        <w:numPr>
          <w:ilvl w:val="0"/>
          <w:numId w:val="18"/>
        </w:numPr>
      </w:pPr>
      <w:r>
        <w:t>Recoil activated rec(</w:t>
      </w:r>
      <w:proofErr w:type="spellStart"/>
      <w:r>
        <w:t>rekyylitallennus</w:t>
      </w:r>
      <w:proofErr w:type="spellEnd"/>
      <w:r>
        <w:t xml:space="preserve"> </w:t>
      </w:r>
      <w:proofErr w:type="spellStart"/>
      <w:r>
        <w:t>asetukset</w:t>
      </w:r>
      <w:proofErr w:type="spellEnd"/>
      <w:r>
        <w:t>).</w:t>
      </w:r>
    </w:p>
    <w:p w14:paraId="3E7543DF" w14:textId="371D1283" w:rsidR="00471173" w:rsidRDefault="0086005E" w:rsidP="00471173">
      <w:pPr>
        <w:pStyle w:val="Luettelokappale"/>
        <w:numPr>
          <w:ilvl w:val="0"/>
          <w:numId w:val="18"/>
        </w:numPr>
      </w:pPr>
      <w:proofErr w:type="spellStart"/>
      <w:r>
        <w:t>WiFi-nimi</w:t>
      </w:r>
      <w:proofErr w:type="spellEnd"/>
      <w:r>
        <w:t>/</w:t>
      </w:r>
      <w:proofErr w:type="spellStart"/>
      <w:r>
        <w:t>salasana</w:t>
      </w:r>
      <w:proofErr w:type="spellEnd"/>
      <w:r w:rsidR="00471173">
        <w:t>.</w:t>
      </w:r>
    </w:p>
    <w:p w14:paraId="543484EE" w14:textId="715BF193" w:rsidR="00471173" w:rsidRDefault="0086005E" w:rsidP="00471173">
      <w:pPr>
        <w:pStyle w:val="Luettelokappale"/>
        <w:numPr>
          <w:ilvl w:val="0"/>
          <w:numId w:val="18"/>
        </w:numPr>
      </w:pPr>
      <w:r>
        <w:t xml:space="preserve">Auto Power </w:t>
      </w:r>
      <w:r w:rsidR="00471173">
        <w:t>On/</w:t>
      </w:r>
      <w:r>
        <w:t>Off</w:t>
      </w:r>
      <w:r w:rsidR="00471173">
        <w:t>.</w:t>
      </w:r>
    </w:p>
    <w:p w14:paraId="7058DE70" w14:textId="6F4F77E8" w:rsidR="00471173" w:rsidRDefault="0086005E" w:rsidP="00471173">
      <w:pPr>
        <w:pStyle w:val="Luettelokappale"/>
        <w:numPr>
          <w:ilvl w:val="0"/>
          <w:numId w:val="18"/>
        </w:numPr>
      </w:pPr>
      <w:proofErr w:type="spellStart"/>
      <w:r>
        <w:t>Päivämäärä</w:t>
      </w:r>
      <w:proofErr w:type="spellEnd"/>
      <w:r>
        <w:t xml:space="preserve"> ja </w:t>
      </w:r>
      <w:proofErr w:type="spellStart"/>
      <w:r>
        <w:t>aika</w:t>
      </w:r>
      <w:proofErr w:type="spellEnd"/>
      <w:r w:rsidR="00471173">
        <w:t>.</w:t>
      </w:r>
    </w:p>
    <w:p w14:paraId="6CA45C83" w14:textId="56B7E183" w:rsidR="00471173" w:rsidRDefault="0086005E" w:rsidP="00471173">
      <w:pPr>
        <w:pStyle w:val="Luettelokappale"/>
        <w:numPr>
          <w:ilvl w:val="0"/>
          <w:numId w:val="18"/>
        </w:numPr>
      </w:pPr>
      <w:proofErr w:type="spellStart"/>
      <w:r>
        <w:t>Muistin</w:t>
      </w:r>
      <w:proofErr w:type="spellEnd"/>
      <w:r>
        <w:t xml:space="preserve"> </w:t>
      </w:r>
      <w:proofErr w:type="spellStart"/>
      <w:r>
        <w:t>alustaminen</w:t>
      </w:r>
      <w:proofErr w:type="spellEnd"/>
      <w:r w:rsidR="00471173">
        <w:t>.</w:t>
      </w:r>
    </w:p>
    <w:p w14:paraId="36A5AA04" w14:textId="67533D86" w:rsidR="00471173" w:rsidRDefault="0086005E" w:rsidP="00471173">
      <w:pPr>
        <w:pStyle w:val="Luettelokappale"/>
        <w:numPr>
          <w:ilvl w:val="0"/>
          <w:numId w:val="18"/>
        </w:numPr>
      </w:pPr>
      <w:proofErr w:type="spellStart"/>
      <w:r>
        <w:t>Tehdasasetusten</w:t>
      </w:r>
      <w:proofErr w:type="spellEnd"/>
      <w:r>
        <w:t xml:space="preserve"> </w:t>
      </w:r>
      <w:proofErr w:type="spellStart"/>
      <w:r>
        <w:t>palautus</w:t>
      </w:r>
      <w:proofErr w:type="spellEnd"/>
      <w:r w:rsidR="00471173">
        <w:t>.</w:t>
      </w:r>
    </w:p>
    <w:p w14:paraId="525D78E5" w14:textId="361EF4AC" w:rsidR="00AF294B" w:rsidRDefault="0086005E" w:rsidP="00471173">
      <w:pPr>
        <w:pStyle w:val="Luettelokappale"/>
        <w:numPr>
          <w:ilvl w:val="0"/>
          <w:numId w:val="18"/>
        </w:numPr>
      </w:pPr>
      <w:proofErr w:type="spellStart"/>
      <w:r>
        <w:t>Ohjelmistoversio</w:t>
      </w:r>
      <w:proofErr w:type="spellEnd"/>
      <w:r w:rsidR="00471173">
        <w:t xml:space="preserve"> &amp; </w:t>
      </w:r>
      <w:proofErr w:type="spellStart"/>
      <w:r w:rsidR="00471173">
        <w:t>päivitys</w:t>
      </w:r>
      <w:proofErr w:type="spellEnd"/>
      <w:r w:rsidR="00471173">
        <w:t>.</w:t>
      </w:r>
    </w:p>
    <w:p w14:paraId="32B2E2E1" w14:textId="77777777" w:rsidR="00AF294B" w:rsidRDefault="00AF294B"/>
    <w:p w14:paraId="72F891FA" w14:textId="0DDA2213" w:rsidR="009B73AC" w:rsidRDefault="00471173">
      <w:pPr>
        <w:pStyle w:val="Otsikko2"/>
      </w:pPr>
      <w:bookmarkStart w:id="1" w:name="_Hlk208919523"/>
      <w:r>
        <w:t xml:space="preserve">Local </w:t>
      </w:r>
      <w:r w:rsidR="0086005E">
        <w:t>Album</w:t>
      </w:r>
      <w:r>
        <w:t xml:space="preserve"> (video</w:t>
      </w:r>
      <w:r w:rsidR="00F22FB5">
        <w:t>-</w:t>
      </w:r>
      <w:r>
        <w:t xml:space="preserve"> ja </w:t>
      </w:r>
      <w:proofErr w:type="spellStart"/>
      <w:r>
        <w:t>kuvatallen</w:t>
      </w:r>
      <w:r w:rsidR="00F22FB5">
        <w:t>nekirjasto</w:t>
      </w:r>
      <w:proofErr w:type="spellEnd"/>
      <w:r>
        <w:t>)</w:t>
      </w:r>
    </w:p>
    <w:bookmarkEnd w:id="1"/>
    <w:p w14:paraId="3B6557E6" w14:textId="5E440EAE" w:rsidR="00844644" w:rsidRDefault="0086005E">
      <w:r>
        <w:br/>
        <w:t xml:space="preserve">Local Album: </w:t>
      </w:r>
      <w:proofErr w:type="spellStart"/>
      <w:r>
        <w:t>sovelluksella</w:t>
      </w:r>
      <w:proofErr w:type="spellEnd"/>
      <w:r>
        <w:t xml:space="preserve"> </w:t>
      </w:r>
      <w:proofErr w:type="spellStart"/>
      <w:r>
        <w:t>otetut</w:t>
      </w:r>
      <w:proofErr w:type="spellEnd"/>
      <w:r>
        <w:t xml:space="preserve"> </w:t>
      </w:r>
      <w:proofErr w:type="spellStart"/>
      <w:r>
        <w:t>tallenteet</w:t>
      </w:r>
      <w:proofErr w:type="spellEnd"/>
      <w:r>
        <w:t>.</w:t>
      </w:r>
    </w:p>
    <w:p w14:paraId="0137788B" w14:textId="43AF693E" w:rsidR="00844644" w:rsidRDefault="0086005E">
      <w:r>
        <w:t>Device: SD-</w:t>
      </w:r>
      <w:proofErr w:type="spellStart"/>
      <w:r>
        <w:t>kortin</w:t>
      </w:r>
      <w:proofErr w:type="spellEnd"/>
      <w:r>
        <w:t xml:space="preserve"> </w:t>
      </w:r>
      <w:proofErr w:type="spellStart"/>
      <w:r>
        <w:t>tallenteet</w:t>
      </w:r>
      <w:proofErr w:type="spellEnd"/>
      <w:r>
        <w:t>.</w:t>
      </w:r>
    </w:p>
    <w:p w14:paraId="4505200D" w14:textId="378EED6E" w:rsidR="009B73AC" w:rsidRDefault="0086005E">
      <w:r>
        <w:t xml:space="preserve">Resolution: </w:t>
      </w:r>
      <w:proofErr w:type="spellStart"/>
      <w:r>
        <w:t>videon</w:t>
      </w:r>
      <w:proofErr w:type="spellEnd"/>
      <w:r>
        <w:t xml:space="preserve"> </w:t>
      </w:r>
      <w:proofErr w:type="spellStart"/>
      <w:r>
        <w:t>tarkkuus</w:t>
      </w:r>
      <w:proofErr w:type="spellEnd"/>
      <w:r>
        <w:t xml:space="preserve"> (SD-</w:t>
      </w:r>
      <w:proofErr w:type="spellStart"/>
      <w:r>
        <w:t>kortti</w:t>
      </w:r>
      <w:proofErr w:type="spellEnd"/>
      <w:r>
        <w:t xml:space="preserve"> vs </w:t>
      </w:r>
      <w:proofErr w:type="spellStart"/>
      <w:r>
        <w:t>sovellus</w:t>
      </w:r>
      <w:proofErr w:type="spellEnd"/>
      <w:r>
        <w:t>).</w:t>
      </w:r>
    </w:p>
    <w:p w14:paraId="2B419596" w14:textId="0E6A5587" w:rsidR="00844644" w:rsidRDefault="00844644">
      <w:proofErr w:type="spellStart"/>
      <w:r>
        <w:t>Videon</w:t>
      </w:r>
      <w:proofErr w:type="spellEnd"/>
      <w:r>
        <w:t xml:space="preserve"> </w:t>
      </w:r>
      <w:proofErr w:type="spellStart"/>
      <w:r>
        <w:t>toistonopeus</w:t>
      </w:r>
      <w:proofErr w:type="spellEnd"/>
      <w:r>
        <w:t xml:space="preserve">: </w:t>
      </w:r>
      <w:proofErr w:type="spellStart"/>
      <w:r>
        <w:t>Videon</w:t>
      </w:r>
      <w:proofErr w:type="spellEnd"/>
      <w:r>
        <w:t xml:space="preserve"> </w:t>
      </w:r>
      <w:proofErr w:type="spellStart"/>
      <w:r>
        <w:t>toistonopeutta</w:t>
      </w:r>
      <w:proofErr w:type="spellEnd"/>
      <w:r>
        <w:t xml:space="preserve"> </w:t>
      </w:r>
      <w:proofErr w:type="spellStart"/>
      <w:r>
        <w:t>voidaan</w:t>
      </w:r>
      <w:proofErr w:type="spellEnd"/>
      <w:r>
        <w:t xml:space="preserve"> </w:t>
      </w:r>
      <w:proofErr w:type="spellStart"/>
      <w:r>
        <w:t>muuttaa</w:t>
      </w:r>
      <w:proofErr w:type="spellEnd"/>
      <w:r>
        <w:t xml:space="preserve"> &lt; (</w:t>
      </w:r>
      <w:proofErr w:type="spellStart"/>
      <w:r>
        <w:t>hidastus</w:t>
      </w:r>
      <w:proofErr w:type="spellEnd"/>
      <w:r>
        <w:t xml:space="preserve"> 0.25 &amp; 0.50) ja &gt; (</w:t>
      </w:r>
      <w:proofErr w:type="spellStart"/>
      <w:r>
        <w:t>nopeutus</w:t>
      </w:r>
      <w:proofErr w:type="spellEnd"/>
      <w:r>
        <w:t xml:space="preserve">) </w:t>
      </w:r>
      <w:proofErr w:type="spellStart"/>
      <w:r>
        <w:t>nuolien</w:t>
      </w:r>
      <w:proofErr w:type="spellEnd"/>
      <w:r>
        <w:t xml:space="preserve"> </w:t>
      </w:r>
      <w:proofErr w:type="spellStart"/>
      <w:r>
        <w:t>avulla</w:t>
      </w:r>
      <w:proofErr w:type="spellEnd"/>
      <w:r>
        <w:t>.</w:t>
      </w:r>
    </w:p>
    <w:p w14:paraId="49AE7BFF" w14:textId="77777777" w:rsidR="00471173" w:rsidRDefault="00471173"/>
    <w:p w14:paraId="16A63C98" w14:textId="307D4955" w:rsidR="00471173" w:rsidRDefault="00471173" w:rsidP="00471173">
      <w:pPr>
        <w:pStyle w:val="Otsikko2"/>
      </w:pPr>
      <w:proofErr w:type="spellStart"/>
      <w:r>
        <w:t>Laitteen</w:t>
      </w:r>
      <w:proofErr w:type="spellEnd"/>
      <w:r>
        <w:t xml:space="preserve"> </w:t>
      </w:r>
      <w:proofErr w:type="spellStart"/>
      <w:r>
        <w:t>päivitys</w:t>
      </w:r>
      <w:proofErr w:type="spellEnd"/>
    </w:p>
    <w:p w14:paraId="639FA173" w14:textId="6B15D3F6" w:rsidR="00F22FB5" w:rsidRDefault="00471173" w:rsidP="00471173">
      <w:r>
        <w:br/>
      </w:r>
      <w:proofErr w:type="spellStart"/>
      <w:r>
        <w:t>Huolehdi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käytät</w:t>
      </w:r>
      <w:proofErr w:type="spellEnd"/>
      <w:r>
        <w:t xml:space="preserve"> </w:t>
      </w:r>
      <w:proofErr w:type="spellStart"/>
      <w:r>
        <w:t>uusinta</w:t>
      </w:r>
      <w:proofErr w:type="spellEnd"/>
      <w:r>
        <w:t xml:space="preserve"> PardVision2 -</w:t>
      </w:r>
      <w:proofErr w:type="spellStart"/>
      <w:r>
        <w:t>sovellusta</w:t>
      </w:r>
      <w:proofErr w:type="spellEnd"/>
      <w:r>
        <w:t xml:space="preserve">. </w:t>
      </w:r>
      <w:proofErr w:type="spellStart"/>
      <w:r>
        <w:t>Päivitä</w:t>
      </w:r>
      <w:proofErr w:type="spellEnd"/>
      <w:r>
        <w:t xml:space="preserve"> </w:t>
      </w:r>
      <w:proofErr w:type="spellStart"/>
      <w:r w:rsidR="00F22FB5">
        <w:t>sovellus</w:t>
      </w:r>
      <w:proofErr w:type="spellEnd"/>
      <w:r w:rsidR="00F22FB5">
        <w:t xml:space="preserve"> </w:t>
      </w:r>
      <w:proofErr w:type="spellStart"/>
      <w:r>
        <w:t>tarvittaessa</w:t>
      </w:r>
      <w:proofErr w:type="spellEnd"/>
      <w:r>
        <w:t>!</w:t>
      </w:r>
    </w:p>
    <w:p w14:paraId="6CA76283" w14:textId="27B95B24" w:rsidR="00FE3DDD" w:rsidRDefault="00FE3DDD" w:rsidP="00471173">
      <w:r>
        <w:t xml:space="preserve">Kameran </w:t>
      </w:r>
      <w:proofErr w:type="spellStart"/>
      <w:r>
        <w:t>softan</w:t>
      </w:r>
      <w:proofErr w:type="spellEnd"/>
      <w:r>
        <w:t xml:space="preserve"> </w:t>
      </w:r>
      <w:proofErr w:type="spellStart"/>
      <w:r>
        <w:t>käyttöön</w:t>
      </w:r>
      <w:proofErr w:type="spellEnd"/>
      <w:r>
        <w:t xml:space="preserve"> </w:t>
      </w:r>
      <w:proofErr w:type="spellStart"/>
      <w:r>
        <w:t>liittyvät</w:t>
      </w:r>
      <w:proofErr w:type="spellEnd"/>
      <w:r>
        <w:t xml:space="preserve"> </w:t>
      </w:r>
      <w:proofErr w:type="spellStart"/>
      <w:r>
        <w:t>ongelmat</w:t>
      </w:r>
      <w:proofErr w:type="spellEnd"/>
      <w:r>
        <w:t xml:space="preserve"> </w:t>
      </w:r>
      <w:proofErr w:type="spellStart"/>
      <w:r>
        <w:t>ratkeavat</w:t>
      </w:r>
      <w:proofErr w:type="spellEnd"/>
      <w:r>
        <w:t xml:space="preserve"> </w:t>
      </w:r>
      <w:proofErr w:type="spellStart"/>
      <w:r>
        <w:t>lähes</w:t>
      </w:r>
      <w:proofErr w:type="spellEnd"/>
      <w:r>
        <w:t xml:space="preserve"> </w:t>
      </w:r>
      <w:proofErr w:type="spellStart"/>
      <w:r>
        <w:t>poikkeuksetta</w:t>
      </w:r>
      <w:proofErr w:type="spellEnd"/>
      <w:r>
        <w:t xml:space="preserve"> PardVison2 -</w:t>
      </w:r>
      <w:proofErr w:type="spellStart"/>
      <w:r>
        <w:t>sovelluksen</w:t>
      </w:r>
      <w:proofErr w:type="spellEnd"/>
      <w:r>
        <w:t xml:space="preserve"> ja </w:t>
      </w:r>
      <w:proofErr w:type="spellStart"/>
      <w:r>
        <w:t>kameran</w:t>
      </w:r>
      <w:proofErr w:type="spellEnd"/>
      <w:r>
        <w:t xml:space="preserve"> </w:t>
      </w:r>
      <w:proofErr w:type="spellStart"/>
      <w:r>
        <w:t>ohjelmiston</w:t>
      </w:r>
      <w:proofErr w:type="spellEnd"/>
      <w:r>
        <w:t xml:space="preserve"> </w:t>
      </w:r>
      <w:proofErr w:type="spellStart"/>
      <w:r>
        <w:t>päivityksellä</w:t>
      </w:r>
      <w:proofErr w:type="spellEnd"/>
      <w:r>
        <w:t>.</w:t>
      </w:r>
    </w:p>
    <w:p w14:paraId="026F63C6" w14:textId="55927597" w:rsidR="00471173" w:rsidRDefault="00471173" w:rsidP="00471173">
      <w:proofErr w:type="spellStart"/>
      <w:r>
        <w:t>Wiew-tilasta</w:t>
      </w:r>
      <w:proofErr w:type="spellEnd"/>
      <w:r>
        <w:t xml:space="preserve">, </w:t>
      </w:r>
      <w:proofErr w:type="spellStart"/>
      <w:r>
        <w:t>kohdasta</w:t>
      </w:r>
      <w:proofErr w:type="spellEnd"/>
      <w:r>
        <w:t xml:space="preserve"> Menu </w:t>
      </w:r>
      <w:proofErr w:type="spellStart"/>
      <w:r>
        <w:t>löydät</w:t>
      </w:r>
      <w:proofErr w:type="spellEnd"/>
      <w:r>
        <w:t xml:space="preserve"> </w:t>
      </w:r>
      <w:proofErr w:type="spellStart"/>
      <w:r>
        <w:t>kameran</w:t>
      </w:r>
      <w:proofErr w:type="spellEnd"/>
      <w:r>
        <w:t xml:space="preserve"> </w:t>
      </w:r>
      <w:proofErr w:type="spellStart"/>
      <w:r>
        <w:t>uusimman</w:t>
      </w:r>
      <w:proofErr w:type="spellEnd"/>
      <w:r>
        <w:t xml:space="preserve"> versio</w:t>
      </w:r>
      <w:r w:rsidR="00F22FB5">
        <w:t>n. App-</w:t>
      </w:r>
      <w:proofErr w:type="spellStart"/>
      <w:r w:rsidR="00F22FB5">
        <w:t>pohjainen</w:t>
      </w:r>
      <w:proofErr w:type="spellEnd"/>
      <w:r w:rsidR="00F22FB5">
        <w:t xml:space="preserve"> </w:t>
      </w:r>
      <w:proofErr w:type="spellStart"/>
      <w:r w:rsidR="00F22FB5">
        <w:t>päivitys</w:t>
      </w:r>
      <w:proofErr w:type="spellEnd"/>
      <w:r w:rsidR="00F22FB5">
        <w:t xml:space="preserve"> </w:t>
      </w:r>
      <w:proofErr w:type="spellStart"/>
      <w:r w:rsidR="00F22FB5">
        <w:t>tulossa</w:t>
      </w:r>
      <w:proofErr w:type="spellEnd"/>
      <w:r w:rsidR="00F22FB5">
        <w:t xml:space="preserve"> 2025</w:t>
      </w:r>
      <w:r w:rsidR="00C923FE">
        <w:t>-26</w:t>
      </w:r>
      <w:r w:rsidR="00F22FB5">
        <w:t xml:space="preserve"> </w:t>
      </w:r>
      <w:proofErr w:type="spellStart"/>
      <w:r w:rsidR="00F22FB5">
        <w:t>vuoden</w:t>
      </w:r>
      <w:proofErr w:type="spellEnd"/>
      <w:r w:rsidR="00F22FB5">
        <w:t xml:space="preserve"> </w:t>
      </w:r>
      <w:proofErr w:type="spellStart"/>
      <w:r w:rsidR="00F22FB5">
        <w:t>aikana</w:t>
      </w:r>
      <w:proofErr w:type="spellEnd"/>
      <w:r w:rsidR="00F22FB5">
        <w:t>.</w:t>
      </w:r>
    </w:p>
    <w:p w14:paraId="407AB9C7" w14:textId="6EF0051C" w:rsidR="00F22FB5" w:rsidRDefault="00F22FB5" w:rsidP="00F22FB5">
      <w:pPr>
        <w:pStyle w:val="Otsikko2"/>
      </w:pPr>
      <w:proofErr w:type="spellStart"/>
      <w:r>
        <w:lastRenderedPageBreak/>
        <w:t>Laitteen</w:t>
      </w:r>
      <w:proofErr w:type="spellEnd"/>
      <w:r>
        <w:t xml:space="preserve"> </w:t>
      </w:r>
      <w:proofErr w:type="spellStart"/>
      <w:r>
        <w:t>ohjelmiston</w:t>
      </w:r>
      <w:proofErr w:type="spellEnd"/>
      <w:r>
        <w:t xml:space="preserve"> </w:t>
      </w:r>
      <w:proofErr w:type="spellStart"/>
      <w:r>
        <w:t>manuaalipäivitys</w:t>
      </w:r>
      <w:proofErr w:type="spellEnd"/>
    </w:p>
    <w:p w14:paraId="0282D2D0" w14:textId="32637CE0" w:rsidR="00471173" w:rsidRDefault="00471173" w:rsidP="00471173"/>
    <w:p w14:paraId="6570CB2B" w14:textId="765D1F75" w:rsidR="00F22FB5" w:rsidRDefault="00F22FB5" w:rsidP="002A556A">
      <w:pPr>
        <w:pStyle w:val="Luettelokappale"/>
        <w:numPr>
          <w:ilvl w:val="0"/>
          <w:numId w:val="19"/>
        </w:numPr>
      </w:pPr>
      <w:proofErr w:type="spellStart"/>
      <w:r>
        <w:t>Alusta</w:t>
      </w:r>
      <w:proofErr w:type="spellEnd"/>
      <w:r>
        <w:t xml:space="preserve"> </w:t>
      </w:r>
      <w:proofErr w:type="spellStart"/>
      <w:r>
        <w:t>asennettu</w:t>
      </w:r>
      <w:proofErr w:type="spellEnd"/>
      <w:r>
        <w:t xml:space="preserve"> </w:t>
      </w:r>
      <w:proofErr w:type="spellStart"/>
      <w:r>
        <w:t>muistikortti</w:t>
      </w:r>
      <w:proofErr w:type="spellEnd"/>
      <w:r>
        <w:t xml:space="preserve"> </w:t>
      </w:r>
      <w:proofErr w:type="spellStart"/>
      <w:r>
        <w:t>kameralla</w:t>
      </w:r>
      <w:proofErr w:type="spellEnd"/>
      <w:r>
        <w:t>(</w:t>
      </w:r>
      <w:proofErr w:type="spellStart"/>
      <w:r>
        <w:t>Wiew</w:t>
      </w:r>
      <w:proofErr w:type="spellEnd"/>
      <w:r>
        <w:t>-&gt;Menu-&gt;Format)</w:t>
      </w:r>
    </w:p>
    <w:p w14:paraId="49FD3821" w14:textId="7C42BDDD" w:rsidR="00F22FB5" w:rsidRDefault="00F22FB5" w:rsidP="002A556A">
      <w:pPr>
        <w:pStyle w:val="Luettelokappale"/>
        <w:numPr>
          <w:ilvl w:val="0"/>
          <w:numId w:val="19"/>
        </w:numPr>
      </w:pPr>
      <w:proofErr w:type="spellStart"/>
      <w:r>
        <w:t>Yhdistä</w:t>
      </w:r>
      <w:proofErr w:type="spellEnd"/>
      <w:r>
        <w:t xml:space="preserve"> </w:t>
      </w:r>
      <w:proofErr w:type="spellStart"/>
      <w:r>
        <w:t>laite</w:t>
      </w:r>
      <w:proofErr w:type="spellEnd"/>
      <w:r>
        <w:t xml:space="preserve"> </w:t>
      </w:r>
      <w:proofErr w:type="spellStart"/>
      <w:r>
        <w:t>tietokoneeseen</w:t>
      </w:r>
      <w:proofErr w:type="spellEnd"/>
      <w:r>
        <w:t>/</w:t>
      </w:r>
      <w:proofErr w:type="spellStart"/>
      <w:r>
        <w:t>laitteeseen</w:t>
      </w:r>
      <w:proofErr w:type="spellEnd"/>
      <w:r>
        <w:t xml:space="preserve"> </w:t>
      </w:r>
      <w:proofErr w:type="spellStart"/>
      <w:r>
        <w:t>mukana</w:t>
      </w:r>
      <w:proofErr w:type="spellEnd"/>
      <w:r>
        <w:t xml:space="preserve"> </w:t>
      </w:r>
      <w:proofErr w:type="spellStart"/>
      <w:r>
        <w:t>tulevalla</w:t>
      </w:r>
      <w:proofErr w:type="spellEnd"/>
      <w:r>
        <w:t xml:space="preserve"> </w:t>
      </w:r>
      <w:proofErr w:type="spellStart"/>
      <w:r>
        <w:t>johdolla</w:t>
      </w:r>
      <w:proofErr w:type="spellEnd"/>
      <w:r>
        <w:t xml:space="preserve">, </w:t>
      </w:r>
      <w:proofErr w:type="spellStart"/>
      <w:r>
        <w:t>jossa</w:t>
      </w:r>
      <w:proofErr w:type="spellEnd"/>
      <w:r>
        <w:t xml:space="preserve"> </w:t>
      </w:r>
      <w:proofErr w:type="spellStart"/>
      <w:r>
        <w:t>uusin</w:t>
      </w:r>
      <w:proofErr w:type="spellEnd"/>
      <w:r>
        <w:t xml:space="preserve"> </w:t>
      </w:r>
      <w:proofErr w:type="spellStart"/>
      <w:r>
        <w:t>päivitys</w:t>
      </w:r>
      <w:proofErr w:type="spellEnd"/>
      <w:r>
        <w:t xml:space="preserve"> </w:t>
      </w:r>
      <w:proofErr w:type="spellStart"/>
      <w:r>
        <w:t>tallennettuna</w:t>
      </w:r>
      <w:proofErr w:type="spellEnd"/>
      <w:r>
        <w:t xml:space="preserve">. </w:t>
      </w:r>
    </w:p>
    <w:p w14:paraId="4F9E979C" w14:textId="77777777" w:rsidR="00F22FB5" w:rsidRDefault="00F22FB5" w:rsidP="002A556A">
      <w:pPr>
        <w:pStyle w:val="Luettelokappale"/>
        <w:numPr>
          <w:ilvl w:val="0"/>
          <w:numId w:val="19"/>
        </w:numPr>
      </w:pPr>
      <w:proofErr w:type="spellStart"/>
      <w:r>
        <w:t>Että</w:t>
      </w:r>
      <w:proofErr w:type="spellEnd"/>
      <w:r>
        <w:t xml:space="preserve"> </w:t>
      </w:r>
      <w:proofErr w:type="spellStart"/>
      <w:r>
        <w:t>tietokone</w:t>
      </w:r>
      <w:proofErr w:type="spellEnd"/>
      <w:r>
        <w:t xml:space="preserve"> </w:t>
      </w:r>
      <w:proofErr w:type="spellStart"/>
      <w:r>
        <w:t>löytää</w:t>
      </w:r>
      <w:proofErr w:type="spellEnd"/>
      <w:r>
        <w:t xml:space="preserve"> </w:t>
      </w:r>
      <w:proofErr w:type="spellStart"/>
      <w:r>
        <w:t>laitteen</w:t>
      </w:r>
      <w:proofErr w:type="spellEnd"/>
      <w:r>
        <w:t xml:space="preserve"> </w:t>
      </w:r>
      <w:proofErr w:type="spellStart"/>
      <w:r>
        <w:t>pidä</w:t>
      </w:r>
      <w:proofErr w:type="spellEnd"/>
      <w:r>
        <w:t xml:space="preserve"> On/Off </w:t>
      </w:r>
      <w:proofErr w:type="spellStart"/>
      <w:r>
        <w:t>kytkintä</w:t>
      </w:r>
      <w:proofErr w:type="spellEnd"/>
      <w:r>
        <w:t xml:space="preserve"> </w:t>
      </w:r>
      <w:proofErr w:type="spellStart"/>
      <w:r>
        <w:t>päällä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violettivalo</w:t>
      </w:r>
      <w:proofErr w:type="spellEnd"/>
      <w:r>
        <w:t xml:space="preserve"> </w:t>
      </w:r>
      <w:proofErr w:type="spellStart"/>
      <w:r>
        <w:t>syttyy</w:t>
      </w:r>
      <w:proofErr w:type="spellEnd"/>
      <w:r>
        <w:t xml:space="preserve">. </w:t>
      </w:r>
    </w:p>
    <w:p w14:paraId="212FC3A2" w14:textId="6EB5F626" w:rsidR="00F22FB5" w:rsidRDefault="00F22FB5" w:rsidP="002A556A">
      <w:pPr>
        <w:pStyle w:val="Luettelokappale"/>
        <w:numPr>
          <w:ilvl w:val="0"/>
          <w:numId w:val="19"/>
        </w:numPr>
      </w:pPr>
      <w:r>
        <w:t xml:space="preserve">Kun </w:t>
      </w:r>
      <w:proofErr w:type="spellStart"/>
      <w:r>
        <w:t>tietokone</w:t>
      </w:r>
      <w:proofErr w:type="spellEnd"/>
      <w:r>
        <w:t xml:space="preserve"> </w:t>
      </w:r>
      <w:proofErr w:type="spellStart"/>
      <w:r>
        <w:t>ilmoittaa</w:t>
      </w:r>
      <w:proofErr w:type="spellEnd"/>
      <w:r>
        <w:t xml:space="preserve"> </w:t>
      </w:r>
      <w:proofErr w:type="spellStart"/>
      <w:r>
        <w:t>kamerasta</w:t>
      </w:r>
      <w:proofErr w:type="spellEnd"/>
      <w:r w:rsidR="00C923FE">
        <w:t>,</w:t>
      </w:r>
      <w:r>
        <w:t xml:space="preserve"> </w:t>
      </w:r>
      <w:proofErr w:type="spellStart"/>
      <w:r>
        <w:t>hyväksy</w:t>
      </w:r>
      <w:proofErr w:type="spellEnd"/>
      <w:r>
        <w:t xml:space="preserve"> </w:t>
      </w:r>
      <w:proofErr w:type="spellStart"/>
      <w:r>
        <w:t>pääsy</w:t>
      </w:r>
      <w:proofErr w:type="spellEnd"/>
      <w:r>
        <w:t xml:space="preserve"> ja </w:t>
      </w:r>
      <w:proofErr w:type="spellStart"/>
      <w:r>
        <w:t>avaa</w:t>
      </w:r>
      <w:proofErr w:type="spellEnd"/>
      <w:r>
        <w:t xml:space="preserve"> </w:t>
      </w:r>
      <w:proofErr w:type="spellStart"/>
      <w:r>
        <w:t>kameran</w:t>
      </w:r>
      <w:proofErr w:type="spellEnd"/>
      <w:r>
        <w:t xml:space="preserve"> </w:t>
      </w:r>
      <w:proofErr w:type="spellStart"/>
      <w:r>
        <w:t>tiedostojuuri</w:t>
      </w:r>
      <w:proofErr w:type="spellEnd"/>
      <w:r>
        <w:t>(</w:t>
      </w:r>
      <w:proofErr w:type="spellStart"/>
      <w:r>
        <w:t>tulisi</w:t>
      </w:r>
      <w:proofErr w:type="spellEnd"/>
      <w:r>
        <w:t xml:space="preserve"> olla </w:t>
      </w:r>
      <w:proofErr w:type="spellStart"/>
      <w:r>
        <w:t>tyhjä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alustettu</w:t>
      </w:r>
      <w:proofErr w:type="spellEnd"/>
      <w:r>
        <w:t>).</w:t>
      </w:r>
    </w:p>
    <w:p w14:paraId="67352513" w14:textId="5D41898E" w:rsidR="00F22FB5" w:rsidRDefault="00F22FB5" w:rsidP="002A556A">
      <w:pPr>
        <w:pStyle w:val="Luettelokappale"/>
        <w:numPr>
          <w:ilvl w:val="0"/>
          <w:numId w:val="19"/>
        </w:numPr>
      </w:pPr>
      <w:r>
        <w:t xml:space="preserve">Avaa </w:t>
      </w:r>
      <w:proofErr w:type="spellStart"/>
      <w:r>
        <w:t>tietokoneessa</w:t>
      </w:r>
      <w:proofErr w:type="spellEnd"/>
      <w:r>
        <w:t xml:space="preserve"> </w:t>
      </w:r>
      <w:proofErr w:type="spellStart"/>
      <w:r>
        <w:t>olevan</w:t>
      </w:r>
      <w:proofErr w:type="spellEnd"/>
      <w:r>
        <w:t xml:space="preserve"> </w:t>
      </w:r>
      <w:proofErr w:type="spellStart"/>
      <w:r>
        <w:t>uuden</w:t>
      </w:r>
      <w:proofErr w:type="spellEnd"/>
      <w:r>
        <w:t xml:space="preserve"> </w:t>
      </w:r>
      <w:proofErr w:type="spellStart"/>
      <w:r>
        <w:t>päivityksen</w:t>
      </w:r>
      <w:proofErr w:type="spellEnd"/>
      <w:r>
        <w:t xml:space="preserve"> </w:t>
      </w:r>
      <w:proofErr w:type="spellStart"/>
      <w:r>
        <w:t>tiedosto</w:t>
      </w:r>
      <w:proofErr w:type="spellEnd"/>
      <w:r>
        <w:t xml:space="preserve">(ZIP) </w:t>
      </w:r>
      <w:proofErr w:type="spellStart"/>
      <w:r>
        <w:t>omaan</w:t>
      </w:r>
      <w:proofErr w:type="spellEnd"/>
      <w:r>
        <w:t xml:space="preserve"> </w:t>
      </w:r>
      <w:proofErr w:type="spellStart"/>
      <w:r>
        <w:t>ikkunaan</w:t>
      </w:r>
      <w:proofErr w:type="spellEnd"/>
      <w:r>
        <w:t xml:space="preserve"> </w:t>
      </w:r>
      <w:proofErr w:type="spellStart"/>
      <w:r>
        <w:t>tietokoneen</w:t>
      </w:r>
      <w:proofErr w:type="spellEnd"/>
      <w:r>
        <w:t xml:space="preserve"> </w:t>
      </w:r>
      <w:proofErr w:type="spellStart"/>
      <w:r>
        <w:t>näytöllä</w:t>
      </w:r>
      <w:proofErr w:type="spellEnd"/>
      <w:r>
        <w:t>.</w:t>
      </w:r>
    </w:p>
    <w:p w14:paraId="44CC3470" w14:textId="77777777" w:rsidR="00C923FE" w:rsidRDefault="00F22FB5" w:rsidP="002A556A">
      <w:pPr>
        <w:pStyle w:val="Luettelokappale"/>
        <w:numPr>
          <w:ilvl w:val="0"/>
          <w:numId w:val="19"/>
        </w:numPr>
      </w:pPr>
      <w:proofErr w:type="spellStart"/>
      <w:r>
        <w:t>Siirrä</w:t>
      </w:r>
      <w:proofErr w:type="spellEnd"/>
      <w:r>
        <w:t xml:space="preserve"> </w:t>
      </w:r>
      <w:proofErr w:type="spellStart"/>
      <w:r>
        <w:t>ainoastaan</w:t>
      </w:r>
      <w:proofErr w:type="spellEnd"/>
      <w:r>
        <w:t xml:space="preserve"> ZIP-</w:t>
      </w:r>
      <w:proofErr w:type="spellStart"/>
      <w:r>
        <w:t>tiedoston</w:t>
      </w:r>
      <w:proofErr w:type="spellEnd"/>
      <w:r>
        <w:t xml:space="preserve"> </w:t>
      </w:r>
      <w:proofErr w:type="spellStart"/>
      <w:r>
        <w:t>sisällä</w:t>
      </w:r>
      <w:proofErr w:type="spellEnd"/>
      <w:r>
        <w:t xml:space="preserve"> </w:t>
      </w:r>
      <w:proofErr w:type="spellStart"/>
      <w:r>
        <w:t>oleva</w:t>
      </w:r>
      <w:proofErr w:type="spellEnd"/>
      <w:r>
        <w:t xml:space="preserve"> BIN -</w:t>
      </w:r>
      <w:proofErr w:type="spellStart"/>
      <w:r>
        <w:t>tiedosto</w:t>
      </w:r>
      <w:proofErr w:type="spellEnd"/>
      <w:r>
        <w:t xml:space="preserve"> </w:t>
      </w:r>
      <w:proofErr w:type="spellStart"/>
      <w:r>
        <w:t>kameran</w:t>
      </w:r>
      <w:proofErr w:type="spellEnd"/>
      <w:r>
        <w:t xml:space="preserve"> </w:t>
      </w:r>
      <w:proofErr w:type="spellStart"/>
      <w:r>
        <w:t>tiedostojuureen</w:t>
      </w:r>
      <w:proofErr w:type="spellEnd"/>
      <w:r>
        <w:t>(</w:t>
      </w:r>
      <w:proofErr w:type="spellStart"/>
      <w:r>
        <w:t>kopioi</w:t>
      </w:r>
      <w:proofErr w:type="spellEnd"/>
      <w:r>
        <w:t>).</w:t>
      </w:r>
      <w:r w:rsidR="00C923FE">
        <w:t xml:space="preserve"> </w:t>
      </w:r>
    </w:p>
    <w:p w14:paraId="34FE1C8E" w14:textId="17D914E8" w:rsidR="00F22FB5" w:rsidRDefault="00C923FE" w:rsidP="002A556A">
      <w:pPr>
        <w:pStyle w:val="Luettelokappale"/>
        <w:numPr>
          <w:ilvl w:val="0"/>
          <w:numId w:val="19"/>
        </w:numPr>
      </w:pPr>
      <w:r>
        <w:t xml:space="preserve">HUOM!! </w:t>
      </w:r>
      <w:proofErr w:type="spellStart"/>
      <w:r>
        <w:t>Siirrä</w:t>
      </w:r>
      <w:proofErr w:type="spellEnd"/>
      <w:r>
        <w:t xml:space="preserve"> </w:t>
      </w:r>
      <w:proofErr w:type="spellStart"/>
      <w:r>
        <w:t>yksi</w:t>
      </w:r>
      <w:proofErr w:type="spellEnd"/>
      <w:r>
        <w:t xml:space="preserve"> (1) BIN-</w:t>
      </w:r>
      <w:proofErr w:type="spellStart"/>
      <w:r>
        <w:t>tiedosto</w:t>
      </w:r>
      <w:proofErr w:type="spellEnd"/>
      <w:r>
        <w:t xml:space="preserve"> </w:t>
      </w:r>
      <w:proofErr w:type="spellStart"/>
      <w:r>
        <w:t>kerrallaan</w:t>
      </w:r>
      <w:proofErr w:type="spellEnd"/>
      <w:r>
        <w:t xml:space="preserve"> </w:t>
      </w:r>
      <w:proofErr w:type="spellStart"/>
      <w:r>
        <w:t>kortille</w:t>
      </w:r>
      <w:proofErr w:type="spellEnd"/>
      <w:r>
        <w:t xml:space="preserve"> ja </w:t>
      </w:r>
      <w:proofErr w:type="spellStart"/>
      <w:r>
        <w:t>päivitä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</w:t>
      </w:r>
      <w:proofErr w:type="spellStart"/>
      <w:r>
        <w:t>jokainen</w:t>
      </w:r>
      <w:proofErr w:type="spellEnd"/>
      <w:r>
        <w:t xml:space="preserve"> BIN-</w:t>
      </w:r>
      <w:proofErr w:type="spellStart"/>
      <w:r>
        <w:t>tiedosto</w:t>
      </w:r>
      <w:proofErr w:type="spellEnd"/>
      <w:r>
        <w:t xml:space="preserve"> </w:t>
      </w:r>
      <w:proofErr w:type="spellStart"/>
      <w:r>
        <w:t>eri</w:t>
      </w:r>
      <w:r w:rsidR="001951B2">
        <w:t>ksee</w:t>
      </w:r>
      <w:r>
        <w:t>n</w:t>
      </w:r>
      <w:proofErr w:type="spellEnd"/>
      <w:r>
        <w:t xml:space="preserve">. </w:t>
      </w:r>
      <w:proofErr w:type="spellStart"/>
      <w:r>
        <w:t>Muista</w:t>
      </w:r>
      <w:proofErr w:type="spellEnd"/>
      <w:r>
        <w:t xml:space="preserve"> </w:t>
      </w:r>
      <w:proofErr w:type="spellStart"/>
      <w:r>
        <w:t>alustaa</w:t>
      </w:r>
      <w:proofErr w:type="spellEnd"/>
      <w:r>
        <w:t xml:space="preserve"> </w:t>
      </w:r>
      <w:proofErr w:type="spellStart"/>
      <w:r>
        <w:t>kortti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ennen</w:t>
      </w:r>
      <w:proofErr w:type="spellEnd"/>
      <w:r>
        <w:t xml:space="preserve"> </w:t>
      </w:r>
      <w:proofErr w:type="spellStart"/>
      <w:r>
        <w:t>uuden</w:t>
      </w:r>
      <w:proofErr w:type="spellEnd"/>
      <w:r>
        <w:t xml:space="preserve"> </w:t>
      </w:r>
      <w:proofErr w:type="spellStart"/>
      <w:r>
        <w:t>päivitystied</w:t>
      </w:r>
      <w:r w:rsidR="006A68B4">
        <w:t>o</w:t>
      </w:r>
      <w:r>
        <w:t>ston</w:t>
      </w:r>
      <w:proofErr w:type="spellEnd"/>
      <w:r>
        <w:t xml:space="preserve"> </w:t>
      </w:r>
      <w:proofErr w:type="spellStart"/>
      <w:r>
        <w:t>ajamista</w:t>
      </w:r>
      <w:proofErr w:type="spellEnd"/>
      <w:r>
        <w:t xml:space="preserve"> </w:t>
      </w:r>
      <w:proofErr w:type="spellStart"/>
      <w:r>
        <w:t>kameralle</w:t>
      </w:r>
      <w:proofErr w:type="spellEnd"/>
      <w:r>
        <w:t>!</w:t>
      </w:r>
    </w:p>
    <w:p w14:paraId="59AC5BD2" w14:textId="0661A6A7" w:rsidR="00F22FB5" w:rsidRDefault="00F22FB5" w:rsidP="002A556A">
      <w:pPr>
        <w:pStyle w:val="Luettelokappale"/>
        <w:numPr>
          <w:ilvl w:val="0"/>
          <w:numId w:val="19"/>
        </w:numPr>
      </w:pPr>
      <w:proofErr w:type="spellStart"/>
      <w:r>
        <w:t>Irroita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</w:t>
      </w:r>
      <w:proofErr w:type="spellStart"/>
      <w:r>
        <w:t>tietokoneesta</w:t>
      </w:r>
      <w:proofErr w:type="spellEnd"/>
      <w:r>
        <w:t xml:space="preserve"> ja </w:t>
      </w:r>
      <w:proofErr w:type="spellStart"/>
      <w:r>
        <w:t>sammuta</w:t>
      </w:r>
      <w:proofErr w:type="spellEnd"/>
      <w:r>
        <w:t xml:space="preserve"> </w:t>
      </w:r>
      <w:proofErr w:type="spellStart"/>
      <w:r>
        <w:t>kamera</w:t>
      </w:r>
      <w:proofErr w:type="spellEnd"/>
      <w:r>
        <w:t>.</w:t>
      </w:r>
    </w:p>
    <w:p w14:paraId="05882606" w14:textId="1B03B893" w:rsidR="00F22FB5" w:rsidRDefault="00F22FB5" w:rsidP="002A556A">
      <w:pPr>
        <w:pStyle w:val="Luettelokappale"/>
        <w:numPr>
          <w:ilvl w:val="0"/>
          <w:numId w:val="19"/>
        </w:numPr>
      </w:pPr>
      <w:proofErr w:type="spellStart"/>
      <w:r>
        <w:t>Pidä</w:t>
      </w:r>
      <w:proofErr w:type="spellEnd"/>
      <w:r>
        <w:t xml:space="preserve"> </w:t>
      </w:r>
      <w:proofErr w:type="spellStart"/>
      <w:r>
        <w:t>kameran</w:t>
      </w:r>
      <w:proofErr w:type="spellEnd"/>
      <w:r>
        <w:t xml:space="preserve"> On/Off </w:t>
      </w:r>
      <w:proofErr w:type="spellStart"/>
      <w:r>
        <w:t>kytkintä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 </w:t>
      </w:r>
      <w:proofErr w:type="spellStart"/>
      <w:r>
        <w:t>kauan</w:t>
      </w:r>
      <w:proofErr w:type="spellEnd"/>
      <w:r>
        <w:t xml:space="preserve"> </w:t>
      </w:r>
      <w:proofErr w:type="spellStart"/>
      <w:r>
        <w:t>päällä</w:t>
      </w:r>
      <w:proofErr w:type="spellEnd"/>
      <w:r>
        <w:t xml:space="preserve">,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</w:t>
      </w:r>
      <w:proofErr w:type="spellStart"/>
      <w:r>
        <w:t>käynnistyy</w:t>
      </w:r>
      <w:proofErr w:type="spellEnd"/>
      <w:r>
        <w:t xml:space="preserve">. </w:t>
      </w:r>
    </w:p>
    <w:p w14:paraId="044BD7A4" w14:textId="1A9E17C4" w:rsidR="00AF294B" w:rsidRDefault="00F22FB5" w:rsidP="00E57E1F">
      <w:pPr>
        <w:pStyle w:val="Luettelokappale"/>
        <w:numPr>
          <w:ilvl w:val="0"/>
          <w:numId w:val="19"/>
        </w:numPr>
      </w:pPr>
      <w:r>
        <w:t xml:space="preserve">Kamera </w:t>
      </w:r>
      <w:proofErr w:type="spellStart"/>
      <w:r>
        <w:t>päivittyy</w:t>
      </w:r>
      <w:proofErr w:type="spellEnd"/>
      <w:r w:rsidR="002A556A">
        <w:t>,</w:t>
      </w:r>
      <w:r>
        <w:t xml:space="preserve"> ja </w:t>
      </w:r>
      <w:proofErr w:type="spellStart"/>
      <w:r>
        <w:t>kun</w:t>
      </w:r>
      <w:proofErr w:type="spellEnd"/>
      <w:r>
        <w:t xml:space="preserve"> </w:t>
      </w:r>
      <w:proofErr w:type="spellStart"/>
      <w:r>
        <w:t>päivitys</w:t>
      </w:r>
      <w:proofErr w:type="spellEnd"/>
      <w:r>
        <w:t xml:space="preserve"> on </w:t>
      </w:r>
      <w:proofErr w:type="spellStart"/>
      <w:r w:rsidR="002A556A">
        <w:t>suoritettu</w:t>
      </w:r>
      <w:proofErr w:type="spellEnd"/>
      <w:r w:rsidR="002A556A">
        <w:t xml:space="preserve"> </w:t>
      </w:r>
      <w:proofErr w:type="spellStart"/>
      <w:r w:rsidR="002A556A">
        <w:t>virtanäppäimessä</w:t>
      </w:r>
      <w:proofErr w:type="spellEnd"/>
      <w:r w:rsidR="002A556A">
        <w:t xml:space="preserve"> </w:t>
      </w:r>
      <w:proofErr w:type="spellStart"/>
      <w:r w:rsidR="002A556A">
        <w:t>palaa</w:t>
      </w:r>
      <w:proofErr w:type="spellEnd"/>
      <w:r w:rsidR="002A556A">
        <w:t xml:space="preserve"> </w:t>
      </w:r>
      <w:proofErr w:type="spellStart"/>
      <w:r w:rsidR="002A556A">
        <w:t>vihreä</w:t>
      </w:r>
      <w:proofErr w:type="spellEnd"/>
      <w:r w:rsidR="002A556A">
        <w:t xml:space="preserve"> </w:t>
      </w:r>
      <w:proofErr w:type="spellStart"/>
      <w:r w:rsidR="002A556A">
        <w:t>valo</w:t>
      </w:r>
      <w:proofErr w:type="spellEnd"/>
      <w:r w:rsidR="002A556A">
        <w:t>.</w:t>
      </w:r>
    </w:p>
    <w:p w14:paraId="4676043E" w14:textId="77777777" w:rsidR="00AF294B" w:rsidRDefault="00AF294B"/>
    <w:p w14:paraId="70AB72DA" w14:textId="121983B6" w:rsidR="009B73AC" w:rsidRDefault="0086005E">
      <w:pPr>
        <w:pStyle w:val="Otsikko2"/>
      </w:pPr>
      <w:r>
        <w:t>FCC-</w:t>
      </w:r>
      <w:proofErr w:type="spellStart"/>
      <w:r>
        <w:t>varoitus</w:t>
      </w:r>
      <w:proofErr w:type="spellEnd"/>
    </w:p>
    <w:p w14:paraId="7C62171E" w14:textId="6C6F37CB" w:rsidR="009B73AC" w:rsidRDefault="0086005E">
      <w:r>
        <w:br/>
        <w:t>Laite täyttää FCC Part 15 -määräykset. Se ei saa aiheuttaa haitallista häiriötä ja sen on siedettävä vastaanotettu häiriö. Jos häiriötä ilmenee:</w:t>
      </w:r>
      <w:r>
        <w:br/>
        <w:t xml:space="preserve">- </w:t>
      </w:r>
      <w:proofErr w:type="spellStart"/>
      <w:r>
        <w:t>Suuntaa</w:t>
      </w:r>
      <w:proofErr w:type="spellEnd"/>
      <w:r>
        <w:t xml:space="preserve"> </w:t>
      </w:r>
      <w:proofErr w:type="spellStart"/>
      <w:r>
        <w:t>antenni</w:t>
      </w:r>
      <w:proofErr w:type="spellEnd"/>
      <w:r>
        <w:t xml:space="preserve"> </w:t>
      </w:r>
      <w:proofErr w:type="spellStart"/>
      <w:r>
        <w:t>uudelleen</w:t>
      </w:r>
      <w:proofErr w:type="spellEnd"/>
      <w:r w:rsidR="00594BBC">
        <w:t>.</w:t>
      </w:r>
      <w:r>
        <w:br/>
        <w:t xml:space="preserve">- </w:t>
      </w:r>
      <w:proofErr w:type="spellStart"/>
      <w:r>
        <w:t>Kasvata</w:t>
      </w:r>
      <w:proofErr w:type="spellEnd"/>
      <w:r>
        <w:t xml:space="preserve"> </w:t>
      </w:r>
      <w:proofErr w:type="spellStart"/>
      <w:r>
        <w:t>välimatkaa</w:t>
      </w:r>
      <w:proofErr w:type="spellEnd"/>
      <w:r w:rsidR="00594BBC">
        <w:t>.</w:t>
      </w:r>
      <w:r>
        <w:br/>
        <w:t xml:space="preserve">- </w:t>
      </w:r>
      <w:proofErr w:type="spellStart"/>
      <w:r>
        <w:t>Kytke</w:t>
      </w:r>
      <w:proofErr w:type="spellEnd"/>
      <w:r>
        <w:t xml:space="preserve"> </w:t>
      </w:r>
      <w:proofErr w:type="spellStart"/>
      <w:r>
        <w:t>eri</w:t>
      </w:r>
      <w:proofErr w:type="spellEnd"/>
      <w:r>
        <w:t xml:space="preserve"> </w:t>
      </w:r>
      <w:proofErr w:type="spellStart"/>
      <w:r>
        <w:t>virtapiiriin</w:t>
      </w:r>
      <w:proofErr w:type="spellEnd"/>
      <w:r w:rsidR="00594BBC">
        <w:t>.</w:t>
      </w:r>
      <w:r>
        <w:br/>
        <w:t xml:space="preserve">- </w:t>
      </w:r>
      <w:proofErr w:type="spellStart"/>
      <w:r>
        <w:t>Kysy</w:t>
      </w:r>
      <w:proofErr w:type="spellEnd"/>
      <w:r>
        <w:t xml:space="preserve"> neuvoa </w:t>
      </w:r>
      <w:proofErr w:type="spellStart"/>
      <w:r>
        <w:t>huollosta</w:t>
      </w:r>
      <w:proofErr w:type="spellEnd"/>
      <w:r>
        <w:t>.</w:t>
      </w:r>
    </w:p>
    <w:p w14:paraId="0353CEF6" w14:textId="77777777" w:rsidR="00B82D79" w:rsidRDefault="00B82D79"/>
    <w:p w14:paraId="073A4995" w14:textId="77777777" w:rsidR="00B82D79" w:rsidRDefault="00B82D79"/>
    <w:p w14:paraId="587B465B" w14:textId="77777777" w:rsidR="00B82D79" w:rsidRDefault="00B82D79"/>
    <w:p w14:paraId="18048759" w14:textId="77777777" w:rsidR="00B82D79" w:rsidRDefault="00B82D79"/>
    <w:p w14:paraId="4196E82D" w14:textId="77777777" w:rsidR="00B82D79" w:rsidRDefault="00B82D79"/>
    <w:p w14:paraId="59D43697" w14:textId="77777777" w:rsidR="00B82D79" w:rsidRDefault="00B82D79"/>
    <w:p w14:paraId="3B29F93D" w14:textId="77777777" w:rsidR="00B82D79" w:rsidRDefault="00B82D79"/>
    <w:p w14:paraId="6C7C44B2" w14:textId="77777777" w:rsidR="00B82D79" w:rsidRDefault="00B82D79"/>
    <w:p w14:paraId="03C557BF" w14:textId="77777777" w:rsidR="00B82D79" w:rsidRDefault="00B82D79"/>
    <w:p w14:paraId="3056B199" w14:textId="77777777" w:rsidR="00594BBC" w:rsidRDefault="00594BBC"/>
    <w:p w14:paraId="2C85FD94" w14:textId="77777777" w:rsidR="00B82D79" w:rsidRDefault="00B82D79"/>
    <w:p w14:paraId="5A1DD8E7" w14:textId="7EFB3914" w:rsidR="009B73AC" w:rsidRDefault="00B82D79">
      <w:pPr>
        <w:pStyle w:val="Otsikko2"/>
      </w:pPr>
      <w:proofErr w:type="spellStart"/>
      <w:r>
        <w:t>Maahantuonti</w:t>
      </w:r>
      <w:proofErr w:type="spellEnd"/>
      <w:r>
        <w:t xml:space="preserve"> ja </w:t>
      </w:r>
      <w:proofErr w:type="spellStart"/>
      <w:r>
        <w:t>takuu</w:t>
      </w:r>
      <w:proofErr w:type="spellEnd"/>
    </w:p>
    <w:p w14:paraId="4616EB43" w14:textId="52D48EAD" w:rsidR="009B73AC" w:rsidRDefault="0086005E">
      <w:r>
        <w:br/>
      </w:r>
      <w:proofErr w:type="spellStart"/>
      <w:r w:rsidR="00B82D79">
        <w:t>Tällä</w:t>
      </w:r>
      <w:proofErr w:type="spellEnd"/>
      <w:r w:rsidR="00B82D79">
        <w:t xml:space="preserve"> </w:t>
      </w:r>
      <w:proofErr w:type="spellStart"/>
      <w:r w:rsidR="00B82D79">
        <w:t>laitteella</w:t>
      </w:r>
      <w:proofErr w:type="spellEnd"/>
      <w:r w:rsidR="00B82D79">
        <w:t xml:space="preserve"> on </w:t>
      </w:r>
      <w:proofErr w:type="spellStart"/>
      <w:r w:rsidR="00B82D79">
        <w:t>kaksi</w:t>
      </w:r>
      <w:proofErr w:type="spellEnd"/>
      <w:r w:rsidR="00B82D79">
        <w:t xml:space="preserve"> </w:t>
      </w:r>
      <w:proofErr w:type="spellStart"/>
      <w:r w:rsidR="00B82D79">
        <w:t>vuotta</w:t>
      </w:r>
      <w:proofErr w:type="spellEnd"/>
      <w:r w:rsidR="00B82D79">
        <w:t xml:space="preserve"> (24kk) </w:t>
      </w:r>
      <w:proofErr w:type="spellStart"/>
      <w:r w:rsidR="00B82D79">
        <w:t>takuuta</w:t>
      </w:r>
      <w:proofErr w:type="spellEnd"/>
      <w:r w:rsidR="00B82D79">
        <w:t xml:space="preserve"> </w:t>
      </w:r>
      <w:proofErr w:type="spellStart"/>
      <w:r w:rsidR="00B82D79">
        <w:t>ostopäivästä</w:t>
      </w:r>
      <w:proofErr w:type="spellEnd"/>
      <w:r w:rsidR="00B82D79">
        <w:t xml:space="preserve"> alkane.</w:t>
      </w:r>
    </w:p>
    <w:p w14:paraId="2B37F271" w14:textId="77777777" w:rsidR="00B82D79" w:rsidRDefault="00B82D79">
      <w:proofErr w:type="spellStart"/>
      <w:r>
        <w:t>Ongelmatilanteissa</w:t>
      </w:r>
      <w:proofErr w:type="spellEnd"/>
      <w:r>
        <w:t xml:space="preserve">: </w:t>
      </w:r>
    </w:p>
    <w:p w14:paraId="24853924" w14:textId="67185E45" w:rsidR="00B82D79" w:rsidRDefault="00B82D79" w:rsidP="00594BBC">
      <w:pPr>
        <w:pStyle w:val="Luettelokappale"/>
        <w:numPr>
          <w:ilvl w:val="0"/>
          <w:numId w:val="21"/>
        </w:numPr>
      </w:pPr>
      <w:r>
        <w:t xml:space="preserve">Lue </w:t>
      </w:r>
      <w:proofErr w:type="spellStart"/>
      <w:r>
        <w:t>ohjekirja</w:t>
      </w:r>
      <w:proofErr w:type="spellEnd"/>
      <w:r>
        <w:t xml:space="preserve"> ja </w:t>
      </w:r>
      <w:proofErr w:type="spellStart"/>
      <w:r>
        <w:t>yritä</w:t>
      </w:r>
      <w:proofErr w:type="spellEnd"/>
      <w:r>
        <w:t xml:space="preserve"> </w:t>
      </w:r>
      <w:proofErr w:type="spellStart"/>
      <w:r>
        <w:t>uudelleen</w:t>
      </w:r>
      <w:proofErr w:type="spellEnd"/>
      <w:r>
        <w:t>.</w:t>
      </w:r>
    </w:p>
    <w:p w14:paraId="43C3B1D7" w14:textId="0048B9A2" w:rsidR="00B82D79" w:rsidRDefault="00B82D79" w:rsidP="00594BBC">
      <w:pPr>
        <w:pStyle w:val="Luettelokappale"/>
        <w:numPr>
          <w:ilvl w:val="0"/>
          <w:numId w:val="21"/>
        </w:numPr>
      </w:pPr>
      <w:r>
        <w:t xml:space="preserve">Ole </w:t>
      </w:r>
      <w:proofErr w:type="spellStart"/>
      <w:r>
        <w:t>yhteydessä</w:t>
      </w:r>
      <w:proofErr w:type="spellEnd"/>
      <w:r>
        <w:t xml:space="preserve"> </w:t>
      </w:r>
      <w:proofErr w:type="spellStart"/>
      <w:r w:rsidR="00594BBC">
        <w:t>ensisijaisesti</w:t>
      </w:r>
      <w:proofErr w:type="spellEnd"/>
      <w:r w:rsidR="00594BBC">
        <w:t xml:space="preserve"> </w:t>
      </w:r>
      <w:proofErr w:type="spellStart"/>
      <w:r>
        <w:t>yritykseen</w:t>
      </w:r>
      <w:proofErr w:type="spellEnd"/>
      <w:r>
        <w:t xml:space="preserve">, </w:t>
      </w:r>
      <w:proofErr w:type="spellStart"/>
      <w:r>
        <w:t>josta</w:t>
      </w:r>
      <w:proofErr w:type="spellEnd"/>
      <w:r>
        <w:t xml:space="preserve"> </w:t>
      </w:r>
      <w:proofErr w:type="spellStart"/>
      <w:r>
        <w:t>hankit</w:t>
      </w:r>
      <w:proofErr w:type="spellEnd"/>
      <w:r>
        <w:t xml:space="preserve"> </w:t>
      </w:r>
      <w:proofErr w:type="spellStart"/>
      <w:r>
        <w:t>laitteen</w:t>
      </w:r>
      <w:proofErr w:type="spellEnd"/>
      <w:r>
        <w:t xml:space="preserve">, </w:t>
      </w:r>
      <w:proofErr w:type="spellStart"/>
      <w:r>
        <w:t>mikäli</w:t>
      </w:r>
      <w:proofErr w:type="spellEnd"/>
      <w:r>
        <w:t xml:space="preserve"> </w:t>
      </w:r>
      <w:proofErr w:type="spellStart"/>
      <w:r>
        <w:t>ongelma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ratkea</w:t>
      </w:r>
      <w:proofErr w:type="spellEnd"/>
      <w:r>
        <w:t>.</w:t>
      </w:r>
    </w:p>
    <w:p w14:paraId="4AA0B931" w14:textId="647D9B02" w:rsidR="00594BBC" w:rsidRPr="00594BBC" w:rsidRDefault="00594BBC">
      <w:pPr>
        <w:rPr>
          <w:b/>
          <w:bCs/>
        </w:rPr>
      </w:pPr>
      <w:proofErr w:type="spellStart"/>
      <w:r w:rsidRPr="00594BBC">
        <w:rPr>
          <w:b/>
          <w:bCs/>
        </w:rPr>
        <w:t>Maahantuoja</w:t>
      </w:r>
      <w:proofErr w:type="spellEnd"/>
      <w:r w:rsidRPr="00594BBC">
        <w:rPr>
          <w:b/>
          <w:bCs/>
        </w:rPr>
        <w:t>:</w:t>
      </w:r>
    </w:p>
    <w:p w14:paraId="2B4D19D2" w14:textId="599EDFF6" w:rsidR="00594BBC" w:rsidRDefault="00594BBC">
      <w:r>
        <w:t>Uittokalusto Oy</w:t>
      </w:r>
    </w:p>
    <w:p w14:paraId="69129961" w14:textId="642AD0C4" w:rsidR="00594BBC" w:rsidRDefault="00594BBC">
      <w:proofErr w:type="spellStart"/>
      <w:r>
        <w:t>Taitajantie</w:t>
      </w:r>
      <w:proofErr w:type="spellEnd"/>
      <w:r>
        <w:t xml:space="preserve"> 2</w:t>
      </w:r>
    </w:p>
    <w:p w14:paraId="338928CF" w14:textId="69406DF5" w:rsidR="00594BBC" w:rsidRDefault="00594BBC">
      <w:r>
        <w:t xml:space="preserve">57210 </w:t>
      </w:r>
      <w:proofErr w:type="spellStart"/>
      <w:r>
        <w:t>Savonlinna</w:t>
      </w:r>
      <w:proofErr w:type="spellEnd"/>
    </w:p>
    <w:p w14:paraId="5F01B09D" w14:textId="37653812" w:rsidR="00594BBC" w:rsidRDefault="00594BBC">
      <w:r>
        <w:t>www.uittokalusto.fi</w:t>
      </w:r>
    </w:p>
    <w:sectPr w:rsidR="00594B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C96182"/>
    <w:multiLevelType w:val="hybridMultilevel"/>
    <w:tmpl w:val="165E6E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3533BD"/>
    <w:multiLevelType w:val="hybridMultilevel"/>
    <w:tmpl w:val="45A8946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75E53"/>
    <w:multiLevelType w:val="hybridMultilevel"/>
    <w:tmpl w:val="10A29134"/>
    <w:lvl w:ilvl="0" w:tplc="6494F81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120B3"/>
    <w:multiLevelType w:val="hybridMultilevel"/>
    <w:tmpl w:val="6830976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27BAB"/>
    <w:multiLevelType w:val="hybridMultilevel"/>
    <w:tmpl w:val="31AE4A30"/>
    <w:lvl w:ilvl="0" w:tplc="2C0053B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614B3"/>
    <w:multiLevelType w:val="hybridMultilevel"/>
    <w:tmpl w:val="4CE8B740"/>
    <w:lvl w:ilvl="0" w:tplc="51D2688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5509C"/>
    <w:multiLevelType w:val="hybridMultilevel"/>
    <w:tmpl w:val="07E4102A"/>
    <w:lvl w:ilvl="0" w:tplc="E814C39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12B5F"/>
    <w:multiLevelType w:val="hybridMultilevel"/>
    <w:tmpl w:val="4AC616A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7F8C"/>
    <w:multiLevelType w:val="hybridMultilevel"/>
    <w:tmpl w:val="CAD61B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06E87"/>
    <w:multiLevelType w:val="hybridMultilevel"/>
    <w:tmpl w:val="EF52B4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53F59"/>
    <w:multiLevelType w:val="hybridMultilevel"/>
    <w:tmpl w:val="DFCE72E2"/>
    <w:lvl w:ilvl="0" w:tplc="9F028342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D63B1"/>
    <w:multiLevelType w:val="hybridMultilevel"/>
    <w:tmpl w:val="95CACA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436467">
    <w:abstractNumId w:val="8"/>
  </w:num>
  <w:num w:numId="2" w16cid:durableId="1729108966">
    <w:abstractNumId w:val="6"/>
  </w:num>
  <w:num w:numId="3" w16cid:durableId="2071416065">
    <w:abstractNumId w:val="5"/>
  </w:num>
  <w:num w:numId="4" w16cid:durableId="66804567">
    <w:abstractNumId w:val="4"/>
  </w:num>
  <w:num w:numId="5" w16cid:durableId="657458902">
    <w:abstractNumId w:val="7"/>
  </w:num>
  <w:num w:numId="6" w16cid:durableId="2630862">
    <w:abstractNumId w:val="3"/>
  </w:num>
  <w:num w:numId="7" w16cid:durableId="1312561171">
    <w:abstractNumId w:val="2"/>
  </w:num>
  <w:num w:numId="8" w16cid:durableId="261685963">
    <w:abstractNumId w:val="1"/>
  </w:num>
  <w:num w:numId="9" w16cid:durableId="1057782014">
    <w:abstractNumId w:val="0"/>
  </w:num>
  <w:num w:numId="10" w16cid:durableId="1413896656">
    <w:abstractNumId w:val="19"/>
  </w:num>
  <w:num w:numId="11" w16cid:durableId="455292444">
    <w:abstractNumId w:val="13"/>
  </w:num>
  <w:num w:numId="12" w16cid:durableId="1319310854">
    <w:abstractNumId w:val="14"/>
  </w:num>
  <w:num w:numId="13" w16cid:durableId="1082795249">
    <w:abstractNumId w:val="15"/>
  </w:num>
  <w:num w:numId="14" w16cid:durableId="547762176">
    <w:abstractNumId w:val="11"/>
  </w:num>
  <w:num w:numId="15" w16cid:durableId="294916245">
    <w:abstractNumId w:val="17"/>
  </w:num>
  <w:num w:numId="16" w16cid:durableId="1845436147">
    <w:abstractNumId w:val="9"/>
  </w:num>
  <w:num w:numId="17" w16cid:durableId="711735929">
    <w:abstractNumId w:val="20"/>
  </w:num>
  <w:num w:numId="18" w16cid:durableId="1618752288">
    <w:abstractNumId w:val="12"/>
  </w:num>
  <w:num w:numId="19" w16cid:durableId="1681274252">
    <w:abstractNumId w:val="16"/>
  </w:num>
  <w:num w:numId="20" w16cid:durableId="1432892758">
    <w:abstractNumId w:val="18"/>
  </w:num>
  <w:num w:numId="21" w16cid:durableId="422186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4BE"/>
    <w:rsid w:val="0006063C"/>
    <w:rsid w:val="0015074B"/>
    <w:rsid w:val="00167FA9"/>
    <w:rsid w:val="001951B2"/>
    <w:rsid w:val="0029639D"/>
    <w:rsid w:val="002A556A"/>
    <w:rsid w:val="00326F90"/>
    <w:rsid w:val="003D7FD8"/>
    <w:rsid w:val="00414C9C"/>
    <w:rsid w:val="0045425C"/>
    <w:rsid w:val="00471173"/>
    <w:rsid w:val="00505162"/>
    <w:rsid w:val="00513E59"/>
    <w:rsid w:val="00532F69"/>
    <w:rsid w:val="00594BBC"/>
    <w:rsid w:val="005B4A36"/>
    <w:rsid w:val="005C0B90"/>
    <w:rsid w:val="005C7BEA"/>
    <w:rsid w:val="005E2C76"/>
    <w:rsid w:val="006A68B4"/>
    <w:rsid w:val="00844644"/>
    <w:rsid w:val="0086005E"/>
    <w:rsid w:val="00877601"/>
    <w:rsid w:val="00883A88"/>
    <w:rsid w:val="009B73AC"/>
    <w:rsid w:val="00A96E10"/>
    <w:rsid w:val="00AA1D8D"/>
    <w:rsid w:val="00AF294B"/>
    <w:rsid w:val="00B44463"/>
    <w:rsid w:val="00B47730"/>
    <w:rsid w:val="00B627E9"/>
    <w:rsid w:val="00B7528C"/>
    <w:rsid w:val="00B82D79"/>
    <w:rsid w:val="00C13955"/>
    <w:rsid w:val="00C923FE"/>
    <w:rsid w:val="00CB0664"/>
    <w:rsid w:val="00CE0FF7"/>
    <w:rsid w:val="00D90AEB"/>
    <w:rsid w:val="00DE5087"/>
    <w:rsid w:val="00E21403"/>
    <w:rsid w:val="00E57E1F"/>
    <w:rsid w:val="00F22FB5"/>
    <w:rsid w:val="00FC693F"/>
    <w:rsid w:val="00FE3DDD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57FD1"/>
  <w14:defaultImageDpi w14:val="300"/>
  <w15:docId w15:val="{77B1F582-E2CC-404A-A128-705EF6DD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724</Words>
  <Characters>5873</Characters>
  <Application>Microsoft Office Word</Application>
  <DocSecurity>0</DocSecurity>
  <Lines>48</Lines>
  <Paragraphs>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Aki Perälä</cp:lastModifiedBy>
  <cp:revision>5</cp:revision>
  <dcterms:created xsi:type="dcterms:W3CDTF">2025-12-05T09:23:00Z</dcterms:created>
  <dcterms:modified xsi:type="dcterms:W3CDTF">2025-12-05T09:26:00Z</dcterms:modified>
  <cp:category/>
</cp:coreProperties>
</file>